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00438"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 xml:space="preserve">ПРАВИЛА ПРОВЕДЕНИЯ РЕКЛАМНОЙ АКЦИИ </w:t>
      </w:r>
      <w:r w:rsidRPr="00C129D6">
        <w:rPr>
          <w:rFonts w:cs="Times New Roman"/>
          <w:b/>
          <w:sz w:val="22"/>
        </w:rPr>
        <w:t>GSM</w:t>
      </w:r>
      <w:r w:rsidRPr="00C129D6">
        <w:rPr>
          <w:rFonts w:cs="Times New Roman"/>
          <w:b/>
          <w:sz w:val="22"/>
          <w:lang w:val="ru-RU"/>
        </w:rPr>
        <w:t>22 «ЧЕК В НОЛЬ»</w:t>
      </w:r>
    </w:p>
    <w:p w14:paraId="6EFEC570" w14:textId="77777777" w:rsidR="00C40C7B" w:rsidRPr="00C129D6" w:rsidRDefault="00A91F44">
      <w:pPr>
        <w:ind w:firstLine="0"/>
        <w:jc w:val="center"/>
        <w:rPr>
          <w:rFonts w:cs="Times New Roman"/>
          <w:sz w:val="22"/>
          <w:lang w:val="ru-RU"/>
        </w:rPr>
      </w:pPr>
      <w:r w:rsidRPr="00C129D6">
        <w:rPr>
          <w:rFonts w:cs="Times New Roman"/>
          <w:sz w:val="22"/>
          <w:lang w:val="ru-RU"/>
        </w:rPr>
        <w:t>Редакция от 27.08.2026 г.</w:t>
      </w:r>
    </w:p>
    <w:p w14:paraId="3EE94582"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1. Общие положения</w:t>
      </w:r>
    </w:p>
    <w:p w14:paraId="161C74C1" w14:textId="77777777" w:rsidR="00C40C7B" w:rsidRPr="00C129D6" w:rsidRDefault="00A91F44">
      <w:pPr>
        <w:rPr>
          <w:rFonts w:cs="Times New Roman"/>
          <w:sz w:val="22"/>
          <w:lang w:val="ru-RU"/>
        </w:rPr>
      </w:pPr>
      <w:r w:rsidRPr="00C129D6">
        <w:rPr>
          <w:rFonts w:cs="Times New Roman"/>
          <w:sz w:val="22"/>
          <w:lang w:val="ru-RU"/>
        </w:rPr>
        <w:t xml:space="preserve">1.1. Настоящие Правила определяют порядок организации и проведения рекламной стимулирующей акции </w:t>
      </w:r>
      <w:r w:rsidRPr="00C129D6">
        <w:rPr>
          <w:rFonts w:cs="Times New Roman"/>
          <w:sz w:val="22"/>
        </w:rPr>
        <w:t>GSM</w:t>
      </w:r>
      <w:r w:rsidRPr="00C129D6">
        <w:rPr>
          <w:rFonts w:cs="Times New Roman"/>
          <w:sz w:val="22"/>
          <w:lang w:val="ru-RU"/>
        </w:rPr>
        <w:t>22 «ЧЕК В НОЛЬ» (далее — «Акция»), условия участия в ней, порядок регистрации участников и кассовых чеков, присвоения номеров участия, определения Победителя, размер и порядок выплаты приза, а также права и обязанности Организатора и участников.</w:t>
      </w:r>
    </w:p>
    <w:p w14:paraId="5CB7D280" w14:textId="77777777" w:rsidR="00C40C7B" w:rsidRPr="00C129D6" w:rsidRDefault="00A91F44">
      <w:pPr>
        <w:rPr>
          <w:rFonts w:cs="Times New Roman"/>
          <w:sz w:val="22"/>
          <w:lang w:val="ru-RU"/>
        </w:rPr>
      </w:pPr>
      <w:r w:rsidRPr="00C129D6">
        <w:rPr>
          <w:rFonts w:cs="Times New Roman"/>
          <w:sz w:val="22"/>
          <w:lang w:val="ru-RU"/>
        </w:rPr>
        <w:t xml:space="preserve">1.2. Акция проводится в целях привлечения внимания к товарам и деятельности </w:t>
      </w:r>
      <w:r w:rsidRPr="00C129D6">
        <w:rPr>
          <w:rFonts w:cs="Times New Roman"/>
          <w:sz w:val="22"/>
        </w:rPr>
        <w:t>GSM</w:t>
      </w:r>
      <w:r w:rsidRPr="00C129D6">
        <w:rPr>
          <w:rFonts w:cs="Times New Roman"/>
          <w:sz w:val="22"/>
          <w:lang w:val="ru-RU"/>
        </w:rPr>
        <w:t xml:space="preserve">22, формирования и поддержания интереса к ним, стимулирования покупательской активности и продвижения товаров, реализуемых в магазинах </w:t>
      </w:r>
      <w:r w:rsidRPr="00C129D6">
        <w:rPr>
          <w:rFonts w:cs="Times New Roman"/>
          <w:sz w:val="22"/>
        </w:rPr>
        <w:t>GSM</w:t>
      </w:r>
      <w:r w:rsidRPr="00C129D6">
        <w:rPr>
          <w:rFonts w:cs="Times New Roman"/>
          <w:sz w:val="22"/>
          <w:lang w:val="ru-RU"/>
        </w:rPr>
        <w:t>22.</w:t>
      </w:r>
    </w:p>
    <w:p w14:paraId="13134FCB" w14:textId="77777777" w:rsidR="00C40C7B" w:rsidRPr="00C129D6" w:rsidRDefault="00A91F44">
      <w:pPr>
        <w:rPr>
          <w:rFonts w:cs="Times New Roman"/>
          <w:sz w:val="22"/>
          <w:lang w:val="ru-RU"/>
        </w:rPr>
      </w:pPr>
      <w:r w:rsidRPr="00C129D6">
        <w:rPr>
          <w:rFonts w:cs="Times New Roman"/>
          <w:sz w:val="22"/>
          <w:lang w:val="ru-RU"/>
        </w:rPr>
        <w:t>1.3. Акция является рекламным стимулирующим мероприятием, условием участия в котором является приобретение товара и выполнение иных действий, прямо предусмотренных настоящими Правилами. Отдельная плата исключительно за участие в Акции с участника не взимается. Призовой фонд формируется за счет средств Организатора.</w:t>
      </w:r>
    </w:p>
    <w:p w14:paraId="66E8E9AC" w14:textId="77777777" w:rsidR="00C40C7B" w:rsidRPr="00C129D6" w:rsidRDefault="00A91F44">
      <w:pPr>
        <w:rPr>
          <w:rFonts w:cs="Times New Roman"/>
          <w:sz w:val="22"/>
          <w:lang w:val="ru-RU"/>
        </w:rPr>
      </w:pPr>
      <w:r w:rsidRPr="00C129D6">
        <w:rPr>
          <w:rFonts w:cs="Times New Roman"/>
          <w:sz w:val="22"/>
          <w:lang w:val="ru-RU"/>
        </w:rPr>
        <w:t>1.4. Акция не является лотереей, азартной игрой, пари либо иной основанной на риске игрой в смысле законодательства о лотереях и азартных играх. Случайный способ определения Победителя используется исключительно как предусмотренный настоящими Правилами способ выбора одного Победителя среди надлежащим образом зарегистрированных номеров участия.</w:t>
      </w:r>
    </w:p>
    <w:p w14:paraId="10595DE7" w14:textId="77777777" w:rsidR="00C40C7B" w:rsidRPr="00C129D6" w:rsidRDefault="00A91F44">
      <w:pPr>
        <w:rPr>
          <w:rFonts w:cs="Times New Roman"/>
          <w:sz w:val="22"/>
          <w:lang w:val="ru-RU"/>
        </w:rPr>
      </w:pPr>
      <w:r w:rsidRPr="00C129D6">
        <w:rPr>
          <w:rFonts w:cs="Times New Roman"/>
          <w:sz w:val="22"/>
          <w:lang w:val="ru-RU"/>
        </w:rPr>
        <w:t xml:space="preserve">1.5. Организатор Акции: Индивидуальный предприниматель Рындин Николай Викторович; ИНН 222407392000; ОГРН 318222500105922; адрес: 641433, Курганская область, муниципальный округ Куртамышский, д. </w:t>
      </w:r>
      <w:proofErr w:type="spellStart"/>
      <w:r w:rsidRPr="00C129D6">
        <w:rPr>
          <w:rFonts w:cs="Times New Roman"/>
          <w:sz w:val="22"/>
          <w:lang w:val="ru-RU"/>
        </w:rPr>
        <w:t>Малетино</w:t>
      </w:r>
      <w:proofErr w:type="spellEnd"/>
      <w:r w:rsidRPr="00C129D6">
        <w:rPr>
          <w:rFonts w:cs="Times New Roman"/>
          <w:sz w:val="22"/>
          <w:lang w:val="ru-RU"/>
        </w:rPr>
        <w:t>, ул. Центральная, д. 43.</w:t>
      </w:r>
    </w:p>
    <w:p w14:paraId="4F742868" w14:textId="77777777" w:rsidR="00C40C7B" w:rsidRPr="00C129D6" w:rsidRDefault="00A91F44">
      <w:pPr>
        <w:rPr>
          <w:rFonts w:cs="Times New Roman"/>
          <w:sz w:val="22"/>
          <w:lang w:val="ru-RU"/>
        </w:rPr>
      </w:pPr>
      <w:r w:rsidRPr="00C129D6">
        <w:rPr>
          <w:rFonts w:cs="Times New Roman"/>
          <w:sz w:val="22"/>
          <w:lang w:val="ru-RU"/>
        </w:rPr>
        <w:t>1.6. Настоящие Правила являются едиными для всех участников. Совершение действий, направленных на участие в Акции, означает ознакомление участника с настоящими Правилами и обязанность соблюдать их.</w:t>
      </w:r>
    </w:p>
    <w:p w14:paraId="274430BB"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2. Термины</w:t>
      </w:r>
    </w:p>
    <w:p w14:paraId="7E0E3D7D" w14:textId="77777777" w:rsidR="00C40C7B" w:rsidRPr="00C129D6" w:rsidRDefault="00A91F44">
      <w:pPr>
        <w:rPr>
          <w:rFonts w:cs="Times New Roman"/>
          <w:sz w:val="22"/>
          <w:lang w:val="ru-RU"/>
        </w:rPr>
      </w:pPr>
      <w:r w:rsidRPr="00C129D6">
        <w:rPr>
          <w:rFonts w:cs="Times New Roman"/>
          <w:sz w:val="22"/>
          <w:lang w:val="ru-RU"/>
        </w:rPr>
        <w:t>2.1. Участник — дееспособное физическое лицо, достигшее 18 лет, выполнившее все предусмотренные Правилами условия участия.</w:t>
      </w:r>
    </w:p>
    <w:p w14:paraId="0359D029" w14:textId="77777777" w:rsidR="00C40C7B" w:rsidRPr="00C129D6" w:rsidRDefault="00A91F44">
      <w:pPr>
        <w:rPr>
          <w:rFonts w:cs="Times New Roman"/>
          <w:sz w:val="22"/>
          <w:lang w:val="ru-RU"/>
        </w:rPr>
      </w:pPr>
      <w:r w:rsidRPr="00C129D6">
        <w:rPr>
          <w:rFonts w:cs="Times New Roman"/>
          <w:sz w:val="22"/>
          <w:lang w:val="ru-RU"/>
        </w:rPr>
        <w:t xml:space="preserve">2.2. Участвующая покупка — приобретение в период Акции товара (техники), допущенного Организатором к участию, в розничном магазине </w:t>
      </w:r>
      <w:r w:rsidRPr="00C129D6">
        <w:rPr>
          <w:rFonts w:cs="Times New Roman"/>
          <w:sz w:val="22"/>
        </w:rPr>
        <w:t>GSM</w:t>
      </w:r>
      <w:r w:rsidRPr="00C129D6">
        <w:rPr>
          <w:rFonts w:cs="Times New Roman"/>
          <w:sz w:val="22"/>
          <w:lang w:val="ru-RU"/>
        </w:rPr>
        <w:t>22, участвующем в Акции, с выдачей отдельного кассового чека.</w:t>
      </w:r>
    </w:p>
    <w:p w14:paraId="2793702A" w14:textId="77777777" w:rsidR="00C40C7B" w:rsidRPr="00C129D6" w:rsidRDefault="00A91F44">
      <w:pPr>
        <w:rPr>
          <w:rFonts w:cs="Times New Roman"/>
          <w:sz w:val="22"/>
          <w:lang w:val="ru-RU"/>
        </w:rPr>
      </w:pPr>
      <w:r w:rsidRPr="00C129D6">
        <w:rPr>
          <w:rFonts w:cs="Times New Roman"/>
          <w:sz w:val="22"/>
          <w:lang w:val="ru-RU"/>
        </w:rPr>
        <w:t>2.3. Зарегистрированный чек — кассовый чек, сведения о котором проверены Организатором, не были ранее зарегистрированы другим лицом и которому в установленном порядке присвоен один или несколько номеров участия.</w:t>
      </w:r>
    </w:p>
    <w:p w14:paraId="5E42C8BB" w14:textId="77777777" w:rsidR="00C40C7B" w:rsidRPr="00C129D6" w:rsidRDefault="00A91F44">
      <w:pPr>
        <w:rPr>
          <w:rFonts w:cs="Times New Roman"/>
          <w:sz w:val="22"/>
          <w:lang w:val="ru-RU"/>
        </w:rPr>
      </w:pPr>
      <w:r w:rsidRPr="00C129D6">
        <w:rPr>
          <w:rFonts w:cs="Times New Roman"/>
          <w:sz w:val="22"/>
          <w:lang w:val="ru-RU"/>
        </w:rPr>
        <w:t>2.4. Номер участия — уникальный идентификатор, присваиваемый Организатором после подтверждения выполнения условий Акции. Один номер представляет одну возможность участия при случайном определении Победителя.</w:t>
      </w:r>
    </w:p>
    <w:p w14:paraId="431BA718" w14:textId="77777777" w:rsidR="00C40C7B" w:rsidRPr="00C129D6" w:rsidRDefault="00A91F44">
      <w:pPr>
        <w:rPr>
          <w:rFonts w:cs="Times New Roman"/>
          <w:sz w:val="22"/>
          <w:lang w:val="ru-RU"/>
        </w:rPr>
      </w:pPr>
      <w:r w:rsidRPr="00C129D6">
        <w:rPr>
          <w:rFonts w:cs="Times New Roman"/>
          <w:sz w:val="22"/>
          <w:lang w:val="ru-RU"/>
        </w:rPr>
        <w:t>2.5. Победитель — Участник, которому принадлежит номер участия, определенный случайным образом, при условии успешной повторной проверки соблюдения настоящих Правил.</w:t>
      </w:r>
    </w:p>
    <w:p w14:paraId="16E6128C" w14:textId="77777777" w:rsidR="00C40C7B" w:rsidRPr="00C129D6" w:rsidRDefault="00A91F44">
      <w:pPr>
        <w:rPr>
          <w:rFonts w:cs="Times New Roman"/>
          <w:sz w:val="22"/>
          <w:lang w:val="ru-RU"/>
        </w:rPr>
      </w:pPr>
      <w:r w:rsidRPr="00C129D6">
        <w:rPr>
          <w:rFonts w:cs="Times New Roman"/>
          <w:sz w:val="22"/>
          <w:lang w:val="ru-RU"/>
        </w:rPr>
        <w:t xml:space="preserve">2.6. Официальные ресурсы </w:t>
      </w:r>
      <w:r w:rsidRPr="00C129D6">
        <w:rPr>
          <w:rFonts w:cs="Times New Roman"/>
          <w:sz w:val="22"/>
        </w:rPr>
        <w:t>GSM</w:t>
      </w:r>
      <w:r w:rsidRPr="00C129D6">
        <w:rPr>
          <w:rFonts w:cs="Times New Roman"/>
          <w:sz w:val="22"/>
          <w:lang w:val="ru-RU"/>
        </w:rPr>
        <w:t>22 — официальный сайт, аккаунт @</w:t>
      </w:r>
      <w:proofErr w:type="spellStart"/>
      <w:r w:rsidRPr="00C129D6">
        <w:rPr>
          <w:rFonts w:cs="Times New Roman"/>
          <w:sz w:val="22"/>
        </w:rPr>
        <w:t>gsm</w:t>
      </w:r>
      <w:proofErr w:type="spellEnd"/>
      <w:r w:rsidRPr="00C129D6">
        <w:rPr>
          <w:rFonts w:cs="Times New Roman"/>
          <w:sz w:val="22"/>
          <w:lang w:val="ru-RU"/>
        </w:rPr>
        <w:t>22</w:t>
      </w:r>
      <w:proofErr w:type="spellStart"/>
      <w:r w:rsidRPr="00C129D6">
        <w:rPr>
          <w:rFonts w:cs="Times New Roman"/>
          <w:sz w:val="22"/>
        </w:rPr>
        <w:t>ru</w:t>
      </w:r>
      <w:proofErr w:type="spellEnd"/>
      <w:r w:rsidRPr="00C129D6">
        <w:rPr>
          <w:rFonts w:cs="Times New Roman"/>
          <w:sz w:val="22"/>
          <w:lang w:val="ru-RU"/>
        </w:rPr>
        <w:t>, официальный чат @</w:t>
      </w:r>
      <w:proofErr w:type="spellStart"/>
      <w:r w:rsidRPr="00C129D6">
        <w:rPr>
          <w:rFonts w:cs="Times New Roman"/>
          <w:sz w:val="22"/>
        </w:rPr>
        <w:t>gsm</w:t>
      </w:r>
      <w:proofErr w:type="spellEnd"/>
      <w:r w:rsidRPr="00C129D6">
        <w:rPr>
          <w:rFonts w:cs="Times New Roman"/>
          <w:sz w:val="22"/>
          <w:lang w:val="ru-RU"/>
        </w:rPr>
        <w:t>22_</w:t>
      </w:r>
      <w:r w:rsidRPr="00C129D6">
        <w:rPr>
          <w:rFonts w:cs="Times New Roman"/>
          <w:sz w:val="22"/>
        </w:rPr>
        <w:t>chat</w:t>
      </w:r>
      <w:r w:rsidRPr="00C129D6">
        <w:rPr>
          <w:rFonts w:cs="Times New Roman"/>
          <w:sz w:val="22"/>
          <w:lang w:val="ru-RU"/>
        </w:rPr>
        <w:t>, а также иные информационные ресурсы, прямо обозначенные Организатором как официальные для целей Акции.</w:t>
      </w:r>
    </w:p>
    <w:p w14:paraId="13623BA3"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3. Сроки проведения Акции</w:t>
      </w:r>
    </w:p>
    <w:p w14:paraId="3A968739" w14:textId="77777777" w:rsidR="00C40C7B" w:rsidRPr="00C129D6" w:rsidRDefault="00A91F44">
      <w:pPr>
        <w:rPr>
          <w:rFonts w:cs="Times New Roman"/>
          <w:sz w:val="22"/>
          <w:lang w:val="ru-RU"/>
        </w:rPr>
      </w:pPr>
      <w:r w:rsidRPr="00C129D6">
        <w:rPr>
          <w:rFonts w:cs="Times New Roman"/>
          <w:sz w:val="22"/>
          <w:lang w:val="ru-RU"/>
        </w:rPr>
        <w:lastRenderedPageBreak/>
        <w:t>3.1. Общий период совершения участвующих покупок и выполнения действий, необходимых для участия: с 28.08.2026 г. по 17.09.2026 г. включительно.</w:t>
      </w:r>
    </w:p>
    <w:p w14:paraId="3BCE7996" w14:textId="77777777" w:rsidR="00C40C7B" w:rsidRPr="00C129D6" w:rsidRDefault="00A91F44">
      <w:pPr>
        <w:rPr>
          <w:rFonts w:cs="Times New Roman"/>
          <w:sz w:val="22"/>
          <w:lang w:val="ru-RU"/>
        </w:rPr>
      </w:pPr>
      <w:r w:rsidRPr="00C129D6">
        <w:rPr>
          <w:rFonts w:cs="Times New Roman"/>
          <w:sz w:val="22"/>
          <w:lang w:val="ru-RU"/>
        </w:rPr>
        <w:t>3.2. Регистрация чека и получение номеров участия должны быть завершены не позднее окончания периода, указанного в п. 3.1 Правил. Участник несет риск обращения за регистрацией в последний день Акции с учетом времени, необходимого для проверки сведений.</w:t>
      </w:r>
    </w:p>
    <w:p w14:paraId="707F7F37" w14:textId="77777777" w:rsidR="00C129D6" w:rsidRDefault="00A91F44" w:rsidP="00C129D6">
      <w:pPr>
        <w:rPr>
          <w:rFonts w:cs="Times New Roman"/>
          <w:sz w:val="22"/>
          <w:lang w:val="ru-RU"/>
        </w:rPr>
      </w:pPr>
      <w:r w:rsidRPr="00C129D6">
        <w:rPr>
          <w:rFonts w:cs="Times New Roman"/>
          <w:sz w:val="22"/>
          <w:lang w:val="ru-RU"/>
        </w:rPr>
        <w:t xml:space="preserve">3.3. Определение Победителя проводится 18.09.2026 г. в прямом эфире. Точное время и ресурс проведения прямого эфира публикуются Организатором дополнительно на официальных ресурсах </w:t>
      </w:r>
      <w:r w:rsidRPr="00C129D6">
        <w:rPr>
          <w:rFonts w:cs="Times New Roman"/>
          <w:sz w:val="22"/>
        </w:rPr>
        <w:t>GSM</w:t>
      </w:r>
      <w:r w:rsidRPr="00C129D6">
        <w:rPr>
          <w:rFonts w:cs="Times New Roman"/>
          <w:sz w:val="22"/>
          <w:lang w:val="ru-RU"/>
        </w:rPr>
        <w:t>22.</w:t>
      </w:r>
    </w:p>
    <w:p w14:paraId="02B0C496" w14:textId="505BE57B" w:rsidR="00C40C7B" w:rsidRPr="00C129D6" w:rsidRDefault="00A91F44" w:rsidP="00C129D6">
      <w:pPr>
        <w:jc w:val="center"/>
        <w:rPr>
          <w:rFonts w:cs="Times New Roman"/>
          <w:sz w:val="22"/>
          <w:lang w:val="ru-RU"/>
        </w:rPr>
      </w:pPr>
      <w:r w:rsidRPr="00C129D6">
        <w:rPr>
          <w:rFonts w:cs="Times New Roman"/>
          <w:b/>
          <w:sz w:val="22"/>
          <w:lang w:val="ru-RU"/>
        </w:rPr>
        <w:t>4. Территория и товары, участвующие в Акции</w:t>
      </w:r>
    </w:p>
    <w:p w14:paraId="52724F4F" w14:textId="77777777" w:rsidR="00C40C7B" w:rsidRPr="00C129D6" w:rsidRDefault="00A91F44">
      <w:pPr>
        <w:rPr>
          <w:rFonts w:cs="Times New Roman"/>
          <w:sz w:val="22"/>
          <w:lang w:val="ru-RU"/>
        </w:rPr>
      </w:pPr>
      <w:r w:rsidRPr="00C129D6">
        <w:rPr>
          <w:rFonts w:cs="Times New Roman"/>
          <w:sz w:val="22"/>
          <w:lang w:val="ru-RU"/>
        </w:rPr>
        <w:t xml:space="preserve">4.1. Акция проводится в розничных магазинах </w:t>
      </w:r>
      <w:r w:rsidRPr="00C129D6">
        <w:rPr>
          <w:rFonts w:cs="Times New Roman"/>
          <w:sz w:val="22"/>
        </w:rPr>
        <w:t>GSM</w:t>
      </w:r>
      <w:r w:rsidRPr="00C129D6">
        <w:rPr>
          <w:rFonts w:cs="Times New Roman"/>
          <w:sz w:val="22"/>
          <w:lang w:val="ru-RU"/>
        </w:rPr>
        <w:t>22, включенных Организатором в перечень участников Акции.</w:t>
      </w:r>
    </w:p>
    <w:p w14:paraId="065978F9" w14:textId="77777777" w:rsidR="00C40C7B" w:rsidRPr="00C129D6" w:rsidRDefault="00A91F44">
      <w:pPr>
        <w:rPr>
          <w:rFonts w:cs="Times New Roman"/>
          <w:sz w:val="22"/>
          <w:lang w:val="ru-RU"/>
        </w:rPr>
      </w:pPr>
      <w:r w:rsidRPr="00C129D6">
        <w:rPr>
          <w:rFonts w:cs="Times New Roman"/>
          <w:sz w:val="22"/>
          <w:lang w:val="ru-RU"/>
        </w:rPr>
        <w:t xml:space="preserve">4.2. Актуальный перечень адресов участвующих магазинов доводится до сведения покупателей на официальном сайте </w:t>
      </w:r>
      <w:r w:rsidRPr="00C129D6">
        <w:rPr>
          <w:rFonts w:cs="Times New Roman"/>
          <w:sz w:val="22"/>
        </w:rPr>
        <w:t>GSM</w:t>
      </w:r>
      <w:r w:rsidRPr="00C129D6">
        <w:rPr>
          <w:rFonts w:cs="Times New Roman"/>
          <w:sz w:val="22"/>
          <w:lang w:val="ru-RU"/>
        </w:rPr>
        <w:t>22, в магазинах и/или иных официальных ресурсах.</w:t>
      </w:r>
    </w:p>
    <w:p w14:paraId="3182A8D2" w14:textId="77777777" w:rsidR="00C40C7B" w:rsidRPr="00C129D6" w:rsidRDefault="00A91F44">
      <w:pPr>
        <w:rPr>
          <w:rFonts w:cs="Times New Roman"/>
          <w:sz w:val="22"/>
          <w:lang w:val="ru-RU"/>
        </w:rPr>
      </w:pPr>
      <w:r w:rsidRPr="00C129D6">
        <w:rPr>
          <w:rFonts w:cs="Times New Roman"/>
          <w:sz w:val="22"/>
          <w:lang w:val="ru-RU"/>
        </w:rPr>
        <w:t xml:space="preserve">4.3. В Акции участвует техника, реализуемая в участвующих магазинах </w:t>
      </w:r>
      <w:r w:rsidRPr="00C129D6">
        <w:rPr>
          <w:rFonts w:cs="Times New Roman"/>
          <w:sz w:val="22"/>
        </w:rPr>
        <w:t>GSM</w:t>
      </w:r>
      <w:r w:rsidRPr="00C129D6">
        <w:rPr>
          <w:rFonts w:cs="Times New Roman"/>
          <w:sz w:val="22"/>
          <w:lang w:val="ru-RU"/>
        </w:rPr>
        <w:t>22, если в рекламных материалах, на ценнике либо в информации Организатора прямо не установлено исключение для конкретного товара или категории.</w:t>
      </w:r>
    </w:p>
    <w:p w14:paraId="7C935B40" w14:textId="77777777" w:rsidR="00C40C7B" w:rsidRPr="00C129D6" w:rsidRDefault="00A91F44">
      <w:pPr>
        <w:rPr>
          <w:rFonts w:cs="Times New Roman"/>
          <w:sz w:val="22"/>
          <w:lang w:val="ru-RU"/>
        </w:rPr>
      </w:pPr>
      <w:r w:rsidRPr="00C129D6">
        <w:rPr>
          <w:rFonts w:cs="Times New Roman"/>
          <w:sz w:val="22"/>
          <w:lang w:val="ru-RU"/>
        </w:rPr>
        <w:t>4.4. Для целей определения размера приза учитывается цена непосредственно участвующего товара по кассовому чеку после применения скидок, бонусов и иных способов уменьшения цены. Дополнительные услуги, доставка, страхование, комиссии, проценты по кредиту или рассрочке и иные самостоятельные платежи в стоимость участвующей покупки не включаются, если иное прямо не объявлено Организатором.</w:t>
      </w:r>
    </w:p>
    <w:p w14:paraId="3C2093B9"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5. Требования к Участникам</w:t>
      </w:r>
    </w:p>
    <w:p w14:paraId="48CFE238" w14:textId="77777777" w:rsidR="00C40C7B" w:rsidRPr="00C129D6" w:rsidRDefault="00A91F44">
      <w:pPr>
        <w:rPr>
          <w:rFonts w:cs="Times New Roman"/>
          <w:sz w:val="22"/>
          <w:lang w:val="ru-RU"/>
        </w:rPr>
      </w:pPr>
      <w:r w:rsidRPr="00C129D6">
        <w:rPr>
          <w:rFonts w:cs="Times New Roman"/>
          <w:sz w:val="22"/>
          <w:lang w:val="ru-RU"/>
        </w:rPr>
        <w:t>5.1. Участником может быть гражданин, достигший 18 лет и обладающий полной дееспособностью.</w:t>
      </w:r>
    </w:p>
    <w:p w14:paraId="0B829631" w14:textId="77777777" w:rsidR="006F381A" w:rsidRPr="00C129D6" w:rsidRDefault="00A91F44">
      <w:pPr>
        <w:rPr>
          <w:rFonts w:cs="Times New Roman"/>
          <w:sz w:val="22"/>
          <w:lang w:val="ru-RU"/>
        </w:rPr>
      </w:pPr>
      <w:r w:rsidRPr="00C129D6">
        <w:rPr>
          <w:rFonts w:cs="Times New Roman"/>
          <w:sz w:val="22"/>
          <w:lang w:val="ru-RU"/>
        </w:rPr>
        <w:t xml:space="preserve">5.2. Для участия лицо должно: </w:t>
      </w:r>
    </w:p>
    <w:p w14:paraId="79F7174D" w14:textId="77777777" w:rsidR="006F381A" w:rsidRPr="00C129D6" w:rsidRDefault="006F381A">
      <w:pPr>
        <w:rPr>
          <w:rFonts w:cs="Times New Roman"/>
          <w:sz w:val="22"/>
          <w:lang w:val="ru-RU"/>
        </w:rPr>
      </w:pPr>
      <w:r w:rsidRPr="00C129D6">
        <w:rPr>
          <w:rFonts w:cs="Times New Roman"/>
          <w:sz w:val="22"/>
          <w:lang w:val="ru-RU"/>
        </w:rPr>
        <w:t>-</w:t>
      </w:r>
      <w:r w:rsidR="00A91F44" w:rsidRPr="00C129D6">
        <w:rPr>
          <w:rFonts w:cs="Times New Roman"/>
          <w:sz w:val="22"/>
          <w:lang w:val="ru-RU"/>
        </w:rPr>
        <w:t xml:space="preserve">совершить участвующую покупку; </w:t>
      </w:r>
    </w:p>
    <w:p w14:paraId="5052A4A4" w14:textId="77777777" w:rsidR="006F381A" w:rsidRPr="00C129D6" w:rsidRDefault="006F381A">
      <w:pPr>
        <w:rPr>
          <w:rFonts w:cs="Times New Roman"/>
          <w:sz w:val="22"/>
          <w:lang w:val="ru-RU"/>
        </w:rPr>
      </w:pPr>
      <w:r w:rsidRPr="00C129D6">
        <w:rPr>
          <w:rFonts w:cs="Times New Roman"/>
          <w:sz w:val="22"/>
          <w:lang w:val="ru-RU"/>
        </w:rPr>
        <w:t>-</w:t>
      </w:r>
      <w:r w:rsidR="00A91F44" w:rsidRPr="00C129D6">
        <w:rPr>
          <w:rFonts w:cs="Times New Roman"/>
          <w:sz w:val="22"/>
          <w:lang w:val="ru-RU"/>
        </w:rPr>
        <w:t xml:space="preserve">состоять в программе лояльности </w:t>
      </w:r>
      <w:r w:rsidR="00A91F44" w:rsidRPr="00C129D6">
        <w:rPr>
          <w:rFonts w:cs="Times New Roman"/>
          <w:sz w:val="22"/>
        </w:rPr>
        <w:t>GSM</w:t>
      </w:r>
      <w:r w:rsidR="00A91F44" w:rsidRPr="00C129D6">
        <w:rPr>
          <w:rFonts w:cs="Times New Roman"/>
          <w:sz w:val="22"/>
          <w:lang w:val="ru-RU"/>
        </w:rPr>
        <w:t xml:space="preserve">22 на момент регистрации чека и определения Победителя; </w:t>
      </w:r>
    </w:p>
    <w:p w14:paraId="4D5DECA5" w14:textId="77777777" w:rsidR="006F381A" w:rsidRPr="00C129D6" w:rsidRDefault="006F381A">
      <w:pPr>
        <w:rPr>
          <w:rFonts w:cs="Times New Roman"/>
          <w:sz w:val="22"/>
          <w:lang w:val="ru-RU"/>
        </w:rPr>
      </w:pPr>
      <w:r w:rsidRPr="00C129D6">
        <w:rPr>
          <w:rFonts w:cs="Times New Roman"/>
          <w:sz w:val="22"/>
          <w:lang w:val="ru-RU"/>
        </w:rPr>
        <w:t xml:space="preserve">- </w:t>
      </w:r>
      <w:r w:rsidR="00A91F44" w:rsidRPr="00C129D6">
        <w:rPr>
          <w:rFonts w:cs="Times New Roman"/>
          <w:sz w:val="22"/>
          <w:lang w:val="ru-RU"/>
        </w:rPr>
        <w:t xml:space="preserve">выполнить требования к публикации и комментарию; </w:t>
      </w:r>
    </w:p>
    <w:p w14:paraId="635052A2" w14:textId="77777777" w:rsidR="006F381A" w:rsidRPr="00C129D6" w:rsidRDefault="006F381A">
      <w:pPr>
        <w:rPr>
          <w:rFonts w:cs="Times New Roman"/>
          <w:sz w:val="22"/>
          <w:lang w:val="ru-RU"/>
        </w:rPr>
      </w:pPr>
      <w:r w:rsidRPr="00C129D6">
        <w:rPr>
          <w:rFonts w:cs="Times New Roman"/>
          <w:sz w:val="22"/>
          <w:lang w:val="ru-RU"/>
        </w:rPr>
        <w:t xml:space="preserve">- </w:t>
      </w:r>
      <w:r w:rsidR="00A91F44" w:rsidRPr="00C129D6">
        <w:rPr>
          <w:rFonts w:cs="Times New Roman"/>
          <w:sz w:val="22"/>
          <w:lang w:val="ru-RU"/>
        </w:rPr>
        <w:t xml:space="preserve">обеспечить возможность проверки; </w:t>
      </w:r>
    </w:p>
    <w:p w14:paraId="6A265928" w14:textId="7311CB06" w:rsidR="00C40C7B" w:rsidRPr="00C129D6" w:rsidRDefault="006F381A">
      <w:pPr>
        <w:rPr>
          <w:rFonts w:cs="Times New Roman"/>
          <w:sz w:val="22"/>
          <w:lang w:val="ru-RU"/>
        </w:rPr>
      </w:pPr>
      <w:r w:rsidRPr="00C129D6">
        <w:rPr>
          <w:rFonts w:cs="Times New Roman"/>
          <w:sz w:val="22"/>
          <w:lang w:val="ru-RU"/>
        </w:rPr>
        <w:t xml:space="preserve">- </w:t>
      </w:r>
      <w:r w:rsidR="00A91F44" w:rsidRPr="00C129D6">
        <w:rPr>
          <w:rFonts w:cs="Times New Roman"/>
          <w:sz w:val="22"/>
          <w:lang w:val="ru-RU"/>
        </w:rPr>
        <w:t>сохранить кассовый чек до завершения определения Победителя.</w:t>
      </w:r>
    </w:p>
    <w:p w14:paraId="5C373310" w14:textId="77777777" w:rsidR="00C40C7B" w:rsidRPr="00C129D6" w:rsidRDefault="00A91F44">
      <w:pPr>
        <w:rPr>
          <w:rFonts w:cs="Times New Roman"/>
          <w:sz w:val="22"/>
          <w:lang w:val="ru-RU"/>
        </w:rPr>
      </w:pPr>
      <w:r w:rsidRPr="00C129D6">
        <w:rPr>
          <w:rFonts w:cs="Times New Roman"/>
          <w:sz w:val="22"/>
          <w:lang w:val="ru-RU"/>
        </w:rPr>
        <w:t>5.3. К участию не допускаются работники Организатора, лица, непосредственно привлеченные к организации и техническому проведению Акции, а также лица, действующие от их имени с целью обхода данного ограничения.</w:t>
      </w:r>
    </w:p>
    <w:p w14:paraId="4CAEDD5B" w14:textId="77777777" w:rsidR="00C40C7B" w:rsidRPr="00C129D6" w:rsidRDefault="00A91F44">
      <w:pPr>
        <w:rPr>
          <w:rFonts w:cs="Times New Roman"/>
          <w:sz w:val="22"/>
          <w:lang w:val="ru-RU"/>
        </w:rPr>
      </w:pPr>
      <w:r w:rsidRPr="00C129D6">
        <w:rPr>
          <w:rFonts w:cs="Times New Roman"/>
          <w:sz w:val="22"/>
          <w:lang w:val="ru-RU"/>
        </w:rPr>
        <w:t>5.4. Участник обязан предоставлять достоверные сведения и не вправе использовать чужой кассовый чек, чужой аккаунт без согласия владельца, поддельные документы, искусственно созданные подтверждения либо иные способы обхода Правил.</w:t>
      </w:r>
    </w:p>
    <w:p w14:paraId="6B6EBF27"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6. Порядок участия</w:t>
      </w:r>
    </w:p>
    <w:p w14:paraId="12A825DE" w14:textId="1C2E626B" w:rsidR="00C40C7B" w:rsidRPr="00C129D6" w:rsidRDefault="00A91F44">
      <w:pPr>
        <w:rPr>
          <w:rFonts w:cs="Times New Roman"/>
          <w:sz w:val="22"/>
          <w:lang w:val="ru-RU"/>
        </w:rPr>
      </w:pPr>
      <w:r w:rsidRPr="00C129D6">
        <w:rPr>
          <w:rFonts w:cs="Times New Roman"/>
          <w:sz w:val="22"/>
          <w:lang w:val="ru-RU"/>
        </w:rPr>
        <w:t>6.1. Для участия необходимо в период</w:t>
      </w:r>
      <w:r w:rsidR="006F381A" w:rsidRPr="00C129D6">
        <w:rPr>
          <w:rFonts w:cs="Times New Roman"/>
          <w:sz w:val="22"/>
          <w:lang w:val="ru-RU"/>
        </w:rPr>
        <w:t xml:space="preserve"> </w:t>
      </w:r>
      <w:r w:rsidR="006F381A" w:rsidRPr="00C129D6">
        <w:rPr>
          <w:rFonts w:cs="Times New Roman"/>
          <w:sz w:val="22"/>
          <w:lang w:val="ru-RU"/>
        </w:rPr>
        <w:t xml:space="preserve">с 28.08.2026 г. по 17.09.2026 г. </w:t>
      </w:r>
      <w:r w:rsidRPr="00C129D6">
        <w:rPr>
          <w:rFonts w:cs="Times New Roman"/>
          <w:sz w:val="22"/>
          <w:lang w:val="ru-RU"/>
        </w:rPr>
        <w:t>совершить покупку участвующего товара</w:t>
      </w:r>
      <w:r w:rsidR="006F381A" w:rsidRPr="00C129D6">
        <w:rPr>
          <w:rFonts w:cs="Times New Roman"/>
          <w:sz w:val="22"/>
          <w:lang w:val="ru-RU"/>
        </w:rPr>
        <w:t xml:space="preserve"> в любом магазине GSM</w:t>
      </w:r>
      <w:r w:rsidR="006F381A" w:rsidRPr="00C129D6">
        <w:rPr>
          <w:rFonts w:cs="Times New Roman"/>
          <w:sz w:val="22"/>
          <w:lang w:val="ru-RU"/>
        </w:rPr>
        <w:t xml:space="preserve">22 </w:t>
      </w:r>
      <w:r w:rsidRPr="00C129D6">
        <w:rPr>
          <w:rFonts w:cs="Times New Roman"/>
          <w:sz w:val="22"/>
          <w:lang w:val="ru-RU"/>
        </w:rPr>
        <w:t>и получить кассовый чек.</w:t>
      </w:r>
    </w:p>
    <w:p w14:paraId="57C1824D" w14:textId="77777777" w:rsidR="00C40C7B" w:rsidRPr="00C129D6" w:rsidRDefault="00A91F44">
      <w:pPr>
        <w:rPr>
          <w:rFonts w:cs="Times New Roman"/>
          <w:sz w:val="22"/>
          <w:lang w:val="ru-RU"/>
        </w:rPr>
      </w:pPr>
      <w:r w:rsidRPr="00C129D6">
        <w:rPr>
          <w:rFonts w:cs="Times New Roman"/>
          <w:sz w:val="22"/>
          <w:lang w:val="ru-RU"/>
        </w:rPr>
        <w:t xml:space="preserve">6.2. Участник размещает в принадлежащем ему открытом аккаунте </w:t>
      </w:r>
      <w:r w:rsidRPr="00C129D6">
        <w:rPr>
          <w:rFonts w:cs="Times New Roman"/>
          <w:sz w:val="22"/>
        </w:rPr>
        <w:t>Instagram</w:t>
      </w:r>
      <w:r w:rsidRPr="00C129D6">
        <w:rPr>
          <w:rFonts w:cs="Times New Roman"/>
          <w:sz w:val="22"/>
          <w:lang w:val="ru-RU"/>
        </w:rPr>
        <w:t xml:space="preserve">* публикацию о покупке в </w:t>
      </w:r>
      <w:r w:rsidRPr="00C129D6">
        <w:rPr>
          <w:rFonts w:cs="Times New Roman"/>
          <w:sz w:val="22"/>
        </w:rPr>
        <w:t>GSM</w:t>
      </w:r>
      <w:r w:rsidRPr="00C129D6">
        <w:rPr>
          <w:rFonts w:cs="Times New Roman"/>
          <w:sz w:val="22"/>
          <w:lang w:val="ru-RU"/>
        </w:rPr>
        <w:t>22 с активной отметкой @</w:t>
      </w:r>
      <w:proofErr w:type="spellStart"/>
      <w:r w:rsidRPr="00C129D6">
        <w:rPr>
          <w:rFonts w:cs="Times New Roman"/>
          <w:sz w:val="22"/>
        </w:rPr>
        <w:t>gsm</w:t>
      </w:r>
      <w:proofErr w:type="spellEnd"/>
      <w:r w:rsidRPr="00C129D6">
        <w:rPr>
          <w:rFonts w:cs="Times New Roman"/>
          <w:sz w:val="22"/>
          <w:lang w:val="ru-RU"/>
        </w:rPr>
        <w:t>22</w:t>
      </w:r>
      <w:proofErr w:type="spellStart"/>
      <w:r w:rsidRPr="00C129D6">
        <w:rPr>
          <w:rFonts w:cs="Times New Roman"/>
          <w:sz w:val="22"/>
        </w:rPr>
        <w:t>ru</w:t>
      </w:r>
      <w:proofErr w:type="spellEnd"/>
      <w:r w:rsidRPr="00C129D6">
        <w:rPr>
          <w:rFonts w:cs="Times New Roman"/>
          <w:sz w:val="22"/>
          <w:lang w:val="ru-RU"/>
        </w:rPr>
        <w:t>.</w:t>
      </w:r>
    </w:p>
    <w:p w14:paraId="35B096D8" w14:textId="77777777" w:rsidR="00C40C7B" w:rsidRPr="00C129D6" w:rsidRDefault="00A91F44">
      <w:pPr>
        <w:rPr>
          <w:rFonts w:cs="Times New Roman"/>
          <w:sz w:val="22"/>
          <w:lang w:val="ru-RU"/>
        </w:rPr>
      </w:pPr>
      <w:r w:rsidRPr="00C129D6">
        <w:rPr>
          <w:rFonts w:cs="Times New Roman"/>
          <w:sz w:val="22"/>
          <w:lang w:val="ru-RU"/>
        </w:rPr>
        <w:t xml:space="preserve">6.3. По каждому отдельному кассовому чеку выбирается только один формат публикации: </w:t>
      </w:r>
      <w:r w:rsidRPr="00C129D6">
        <w:rPr>
          <w:rFonts w:cs="Times New Roman"/>
          <w:sz w:val="22"/>
        </w:rPr>
        <w:t>Stories</w:t>
      </w:r>
      <w:r w:rsidRPr="00C129D6">
        <w:rPr>
          <w:rFonts w:cs="Times New Roman"/>
          <w:sz w:val="22"/>
          <w:lang w:val="ru-RU"/>
        </w:rPr>
        <w:t xml:space="preserve"> — 1 номер участия; пост — 2 номера участия; </w:t>
      </w:r>
      <w:r w:rsidRPr="00C129D6">
        <w:rPr>
          <w:rFonts w:cs="Times New Roman"/>
          <w:sz w:val="22"/>
        </w:rPr>
        <w:t>Reels</w:t>
      </w:r>
      <w:r w:rsidRPr="00C129D6">
        <w:rPr>
          <w:rFonts w:cs="Times New Roman"/>
          <w:sz w:val="22"/>
          <w:lang w:val="ru-RU"/>
        </w:rPr>
        <w:t>/видео — 3 номера участия.</w:t>
      </w:r>
    </w:p>
    <w:p w14:paraId="5297B243" w14:textId="77777777" w:rsidR="00C40C7B" w:rsidRPr="00C129D6" w:rsidRDefault="00A91F44">
      <w:pPr>
        <w:rPr>
          <w:rFonts w:cs="Times New Roman"/>
          <w:sz w:val="22"/>
          <w:lang w:val="ru-RU"/>
        </w:rPr>
      </w:pPr>
      <w:r w:rsidRPr="00C129D6">
        <w:rPr>
          <w:rFonts w:cs="Times New Roman"/>
          <w:sz w:val="22"/>
          <w:lang w:val="ru-RU"/>
        </w:rPr>
        <w:lastRenderedPageBreak/>
        <w:t>6.4. Размещение нескольких публикаций по одному кассовому чеку не суммирует количество номеров. Если по одному чеку размещены публикации разных форматов, Организатор учитывает один формат, дающий наибольшее количество номеров, при условии соблюдения требований к этому формату.</w:t>
      </w:r>
    </w:p>
    <w:p w14:paraId="209E8D5B" w14:textId="77777777" w:rsidR="00C40C7B" w:rsidRPr="00C129D6" w:rsidRDefault="00A91F44">
      <w:pPr>
        <w:rPr>
          <w:rFonts w:cs="Times New Roman"/>
          <w:sz w:val="22"/>
          <w:lang w:val="ru-RU"/>
        </w:rPr>
      </w:pPr>
      <w:r w:rsidRPr="00C129D6">
        <w:rPr>
          <w:rFonts w:cs="Times New Roman"/>
          <w:sz w:val="22"/>
          <w:lang w:val="ru-RU"/>
        </w:rPr>
        <w:t>6.5. Новый отдельный кассовый чек дает право на новое участие. Количество разных покупок и чеков одного Участника не ограничивается.</w:t>
      </w:r>
    </w:p>
    <w:p w14:paraId="7DA1ADCD" w14:textId="77777777" w:rsidR="00C40C7B" w:rsidRPr="00C129D6" w:rsidRDefault="00A91F44">
      <w:pPr>
        <w:rPr>
          <w:rFonts w:cs="Times New Roman"/>
          <w:sz w:val="22"/>
          <w:lang w:val="ru-RU"/>
        </w:rPr>
      </w:pPr>
      <w:r w:rsidRPr="00C129D6">
        <w:rPr>
          <w:rFonts w:cs="Times New Roman"/>
          <w:sz w:val="22"/>
          <w:lang w:val="ru-RU"/>
        </w:rPr>
        <w:t>6.6. Дополнительно Участник должен оставить комментарий под официальной публикацией-анонсом Акции «ЧЕК В НОЛЬ» в аккаунте @</w:t>
      </w:r>
      <w:proofErr w:type="spellStart"/>
      <w:r w:rsidRPr="00C129D6">
        <w:rPr>
          <w:rFonts w:cs="Times New Roman"/>
          <w:sz w:val="22"/>
        </w:rPr>
        <w:t>gsm</w:t>
      </w:r>
      <w:proofErr w:type="spellEnd"/>
      <w:r w:rsidRPr="00C129D6">
        <w:rPr>
          <w:rFonts w:cs="Times New Roman"/>
          <w:sz w:val="22"/>
          <w:lang w:val="ru-RU"/>
        </w:rPr>
        <w:t>22</w:t>
      </w:r>
      <w:proofErr w:type="spellStart"/>
      <w:r w:rsidRPr="00C129D6">
        <w:rPr>
          <w:rFonts w:cs="Times New Roman"/>
          <w:sz w:val="22"/>
        </w:rPr>
        <w:t>ru</w:t>
      </w:r>
      <w:proofErr w:type="spellEnd"/>
      <w:r w:rsidRPr="00C129D6">
        <w:rPr>
          <w:rFonts w:cs="Times New Roman"/>
          <w:sz w:val="22"/>
          <w:lang w:val="ru-RU"/>
        </w:rPr>
        <w:t>.</w:t>
      </w:r>
    </w:p>
    <w:p w14:paraId="3E959832" w14:textId="77777777" w:rsidR="00C40C7B" w:rsidRPr="00C129D6" w:rsidRDefault="00A91F44">
      <w:pPr>
        <w:rPr>
          <w:rFonts w:cs="Times New Roman"/>
          <w:sz w:val="22"/>
          <w:lang w:val="ru-RU"/>
        </w:rPr>
      </w:pPr>
      <w:r w:rsidRPr="00C129D6">
        <w:rPr>
          <w:rFonts w:cs="Times New Roman"/>
          <w:sz w:val="22"/>
          <w:lang w:val="ru-RU"/>
        </w:rPr>
        <w:t>6.7. Право на участие возникает не из одного факта покупки или публикации, а после проверки Организатором совокупности условий, регистрации чека и присвоения номеров участия.</w:t>
      </w:r>
    </w:p>
    <w:p w14:paraId="0BFC806C"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7. Требования к публикациям и их проверке</w:t>
      </w:r>
    </w:p>
    <w:p w14:paraId="70D762EF" w14:textId="2E894585" w:rsidR="00C40C7B" w:rsidRPr="00C129D6" w:rsidRDefault="00A91F44">
      <w:pPr>
        <w:rPr>
          <w:rFonts w:cs="Times New Roman"/>
          <w:sz w:val="22"/>
          <w:lang w:val="ru-RU"/>
        </w:rPr>
      </w:pPr>
      <w:r w:rsidRPr="00C129D6">
        <w:rPr>
          <w:rFonts w:cs="Times New Roman"/>
          <w:sz w:val="22"/>
          <w:lang w:val="ru-RU"/>
        </w:rPr>
        <w:t xml:space="preserve">7.1. Аккаунт Участника должен быть открытым и технически доступным для проверки Организатором в период, когда </w:t>
      </w:r>
      <w:r w:rsidR="006F381A" w:rsidRPr="00C129D6">
        <w:rPr>
          <w:rFonts w:cs="Times New Roman"/>
          <w:sz w:val="22"/>
          <w:lang w:val="ru-RU"/>
        </w:rPr>
        <w:t>соответствующая публикация, согласно настоящим Правилам,</w:t>
      </w:r>
      <w:r w:rsidRPr="00C129D6">
        <w:rPr>
          <w:rFonts w:cs="Times New Roman"/>
          <w:sz w:val="22"/>
          <w:lang w:val="ru-RU"/>
        </w:rPr>
        <w:t xml:space="preserve"> должна быть доступна.</w:t>
      </w:r>
    </w:p>
    <w:p w14:paraId="11FB5167" w14:textId="77777777" w:rsidR="00C40C7B" w:rsidRPr="00C129D6" w:rsidRDefault="00A91F44">
      <w:pPr>
        <w:rPr>
          <w:rFonts w:cs="Times New Roman"/>
          <w:sz w:val="22"/>
          <w:lang w:val="ru-RU"/>
        </w:rPr>
      </w:pPr>
      <w:r w:rsidRPr="00C129D6">
        <w:rPr>
          <w:rFonts w:cs="Times New Roman"/>
          <w:sz w:val="22"/>
          <w:lang w:val="ru-RU"/>
        </w:rPr>
        <w:t>7.2. Отметка @</w:t>
      </w:r>
      <w:proofErr w:type="spellStart"/>
      <w:r w:rsidRPr="00C129D6">
        <w:rPr>
          <w:rFonts w:cs="Times New Roman"/>
          <w:sz w:val="22"/>
        </w:rPr>
        <w:t>gsm</w:t>
      </w:r>
      <w:proofErr w:type="spellEnd"/>
      <w:r w:rsidRPr="00C129D6">
        <w:rPr>
          <w:rFonts w:cs="Times New Roman"/>
          <w:sz w:val="22"/>
          <w:lang w:val="ru-RU"/>
        </w:rPr>
        <w:t>22</w:t>
      </w:r>
      <w:proofErr w:type="spellStart"/>
      <w:r w:rsidRPr="00C129D6">
        <w:rPr>
          <w:rFonts w:cs="Times New Roman"/>
          <w:sz w:val="22"/>
        </w:rPr>
        <w:t>ru</w:t>
      </w:r>
      <w:proofErr w:type="spellEnd"/>
      <w:r w:rsidRPr="00C129D6">
        <w:rPr>
          <w:rFonts w:cs="Times New Roman"/>
          <w:sz w:val="22"/>
          <w:lang w:val="ru-RU"/>
        </w:rPr>
        <w:t xml:space="preserve"> должна быть активной и позволять Организатору идентифицировать публикацию как относящуюся к участию в Акции.</w:t>
      </w:r>
    </w:p>
    <w:p w14:paraId="716EA984" w14:textId="77777777" w:rsidR="00C40C7B" w:rsidRPr="00C129D6" w:rsidRDefault="00A91F44">
      <w:pPr>
        <w:rPr>
          <w:rFonts w:cs="Times New Roman"/>
          <w:sz w:val="22"/>
          <w:lang w:val="ru-RU"/>
        </w:rPr>
      </w:pPr>
      <w:r w:rsidRPr="00C129D6">
        <w:rPr>
          <w:rFonts w:cs="Times New Roman"/>
          <w:sz w:val="22"/>
          <w:lang w:val="ru-RU"/>
        </w:rPr>
        <w:t xml:space="preserve">7.3. Пост и </w:t>
      </w:r>
      <w:r w:rsidRPr="00C129D6">
        <w:rPr>
          <w:rFonts w:cs="Times New Roman"/>
          <w:sz w:val="22"/>
        </w:rPr>
        <w:t>Reels</w:t>
      </w:r>
      <w:r w:rsidRPr="00C129D6">
        <w:rPr>
          <w:rFonts w:cs="Times New Roman"/>
          <w:sz w:val="22"/>
          <w:lang w:val="ru-RU"/>
        </w:rPr>
        <w:t>/видео не должны быть удалены, скрыты, архивированы либо ограничены для просмотра до завершения определения Победителя и его проверки.</w:t>
      </w:r>
    </w:p>
    <w:p w14:paraId="3D6A29A2" w14:textId="77777777" w:rsidR="00C40C7B" w:rsidRPr="00C129D6" w:rsidRDefault="00A91F44">
      <w:pPr>
        <w:rPr>
          <w:rFonts w:cs="Times New Roman"/>
          <w:sz w:val="22"/>
          <w:lang w:val="ru-RU"/>
        </w:rPr>
      </w:pPr>
      <w:r w:rsidRPr="00C129D6">
        <w:rPr>
          <w:rFonts w:cs="Times New Roman"/>
          <w:sz w:val="22"/>
          <w:lang w:val="ru-RU"/>
        </w:rPr>
        <w:t xml:space="preserve">7.4. </w:t>
      </w:r>
      <w:r w:rsidRPr="00C129D6">
        <w:rPr>
          <w:rFonts w:cs="Times New Roman"/>
          <w:sz w:val="22"/>
        </w:rPr>
        <w:t>Stories</w:t>
      </w:r>
      <w:r w:rsidRPr="00C129D6">
        <w:rPr>
          <w:rFonts w:cs="Times New Roman"/>
          <w:sz w:val="22"/>
          <w:lang w:val="ru-RU"/>
        </w:rPr>
        <w:t xml:space="preserve"> должна оставаться доступной не менее стандартного срока ее размещения — 24 часов с момента публикации. Организатор вправе проверить </w:t>
      </w:r>
      <w:r w:rsidRPr="00C129D6">
        <w:rPr>
          <w:rFonts w:cs="Times New Roman"/>
          <w:sz w:val="22"/>
        </w:rPr>
        <w:t>Stories</w:t>
      </w:r>
      <w:r w:rsidRPr="00C129D6">
        <w:rPr>
          <w:rFonts w:cs="Times New Roman"/>
          <w:sz w:val="22"/>
          <w:lang w:val="ru-RU"/>
        </w:rPr>
        <w:t xml:space="preserve"> в течение этого срока.</w:t>
      </w:r>
    </w:p>
    <w:p w14:paraId="2B73186C" w14:textId="2C503426" w:rsidR="00C40C7B" w:rsidRPr="00C129D6" w:rsidRDefault="00A91F44">
      <w:pPr>
        <w:rPr>
          <w:rFonts w:cs="Times New Roman"/>
          <w:sz w:val="22"/>
          <w:lang w:val="ru-RU"/>
        </w:rPr>
      </w:pPr>
      <w:r w:rsidRPr="00C129D6">
        <w:rPr>
          <w:rFonts w:cs="Times New Roman"/>
          <w:sz w:val="22"/>
          <w:lang w:val="ru-RU"/>
        </w:rPr>
        <w:t>7.</w:t>
      </w:r>
      <w:r w:rsidR="006F381A" w:rsidRPr="00C129D6">
        <w:rPr>
          <w:rFonts w:cs="Times New Roman"/>
          <w:sz w:val="22"/>
          <w:lang w:val="ru-RU"/>
        </w:rPr>
        <w:t>5</w:t>
      </w:r>
      <w:r w:rsidRPr="00C129D6">
        <w:rPr>
          <w:rFonts w:cs="Times New Roman"/>
          <w:sz w:val="22"/>
          <w:lang w:val="ru-RU"/>
        </w:rPr>
        <w:t>. Содержание публикации не должно нарушать законодательство, права третьих лиц, содержать противоправные материалы или использовать чужие результаты интеллектуальной деятельности без необходимых прав.</w:t>
      </w:r>
    </w:p>
    <w:p w14:paraId="0BBADA5F" w14:textId="77777777" w:rsidR="00C129D6" w:rsidRDefault="00A91F44" w:rsidP="00C129D6">
      <w:pPr>
        <w:rPr>
          <w:rFonts w:cs="Times New Roman"/>
          <w:sz w:val="22"/>
          <w:lang w:val="ru-RU"/>
        </w:rPr>
      </w:pPr>
      <w:r w:rsidRPr="00C129D6">
        <w:rPr>
          <w:rFonts w:cs="Times New Roman"/>
          <w:sz w:val="22"/>
          <w:lang w:val="ru-RU"/>
        </w:rPr>
        <w:t>7.</w:t>
      </w:r>
      <w:r w:rsidR="006F381A" w:rsidRPr="00C129D6">
        <w:rPr>
          <w:rFonts w:cs="Times New Roman"/>
          <w:sz w:val="22"/>
          <w:lang w:val="ru-RU"/>
        </w:rPr>
        <w:t>6</w:t>
      </w:r>
      <w:r w:rsidRPr="00C129D6">
        <w:rPr>
          <w:rFonts w:cs="Times New Roman"/>
          <w:sz w:val="22"/>
          <w:lang w:val="ru-RU"/>
        </w:rPr>
        <w:t>. Организатор вправе сохранять техническое подтверждение факта проверки публикации исключительно в объеме, необходимом для подтверждения соблюдения Правил и разрешения возможных споров.</w:t>
      </w:r>
    </w:p>
    <w:p w14:paraId="3DA6BA03" w14:textId="4C8454ED" w:rsidR="00C40C7B" w:rsidRPr="00C129D6" w:rsidRDefault="00A91F44" w:rsidP="00C129D6">
      <w:pPr>
        <w:jc w:val="center"/>
        <w:rPr>
          <w:rFonts w:cs="Times New Roman"/>
          <w:sz w:val="22"/>
          <w:lang w:val="ru-RU"/>
        </w:rPr>
      </w:pPr>
      <w:r w:rsidRPr="00C129D6">
        <w:rPr>
          <w:rFonts w:cs="Times New Roman"/>
          <w:b/>
          <w:sz w:val="22"/>
          <w:lang w:val="ru-RU"/>
        </w:rPr>
        <w:t>8. Регистрация чека и присвоение номеров</w:t>
      </w:r>
    </w:p>
    <w:p w14:paraId="403ADA6F" w14:textId="77777777" w:rsidR="00C40C7B" w:rsidRPr="00C129D6" w:rsidRDefault="00A91F44">
      <w:pPr>
        <w:rPr>
          <w:rFonts w:cs="Times New Roman"/>
          <w:sz w:val="22"/>
          <w:lang w:val="ru-RU"/>
        </w:rPr>
      </w:pPr>
      <w:r w:rsidRPr="00C129D6">
        <w:rPr>
          <w:rFonts w:cs="Times New Roman"/>
          <w:sz w:val="22"/>
          <w:lang w:val="ru-RU"/>
        </w:rPr>
        <w:t>8.1. После обнаружения публикации с отметкой @</w:t>
      </w:r>
      <w:proofErr w:type="spellStart"/>
      <w:r w:rsidRPr="00C129D6">
        <w:rPr>
          <w:rFonts w:cs="Times New Roman"/>
          <w:sz w:val="22"/>
        </w:rPr>
        <w:t>gsm</w:t>
      </w:r>
      <w:proofErr w:type="spellEnd"/>
      <w:r w:rsidRPr="00C129D6">
        <w:rPr>
          <w:rFonts w:cs="Times New Roman"/>
          <w:sz w:val="22"/>
          <w:lang w:val="ru-RU"/>
        </w:rPr>
        <w:t>22</w:t>
      </w:r>
      <w:proofErr w:type="spellStart"/>
      <w:r w:rsidRPr="00C129D6">
        <w:rPr>
          <w:rFonts w:cs="Times New Roman"/>
          <w:sz w:val="22"/>
        </w:rPr>
        <w:t>ru</w:t>
      </w:r>
      <w:proofErr w:type="spellEnd"/>
      <w:r w:rsidRPr="00C129D6">
        <w:rPr>
          <w:rFonts w:cs="Times New Roman"/>
          <w:sz w:val="22"/>
          <w:lang w:val="ru-RU"/>
        </w:rPr>
        <w:t xml:space="preserve"> представитель </w:t>
      </w:r>
      <w:r w:rsidRPr="00C129D6">
        <w:rPr>
          <w:rFonts w:cs="Times New Roman"/>
          <w:sz w:val="22"/>
        </w:rPr>
        <w:t>GSM</w:t>
      </w:r>
      <w:r w:rsidRPr="00C129D6">
        <w:rPr>
          <w:rFonts w:cs="Times New Roman"/>
          <w:sz w:val="22"/>
          <w:lang w:val="ru-RU"/>
        </w:rPr>
        <w:t>22 вправе связаться с Участником для проверки условий и получения сведений о кассовом чеке.</w:t>
      </w:r>
    </w:p>
    <w:p w14:paraId="2CDAA9E5" w14:textId="77777777" w:rsidR="00C40C7B" w:rsidRPr="00C129D6" w:rsidRDefault="00A91F44">
      <w:pPr>
        <w:rPr>
          <w:rFonts w:cs="Times New Roman"/>
          <w:sz w:val="22"/>
          <w:lang w:val="ru-RU"/>
        </w:rPr>
      </w:pPr>
      <w:r w:rsidRPr="00C129D6">
        <w:rPr>
          <w:rFonts w:cs="Times New Roman"/>
          <w:sz w:val="22"/>
          <w:lang w:val="ru-RU"/>
        </w:rPr>
        <w:t xml:space="preserve">8.2. Если сообщение от </w:t>
      </w:r>
      <w:r w:rsidRPr="00C129D6">
        <w:rPr>
          <w:rFonts w:cs="Times New Roman"/>
          <w:sz w:val="22"/>
        </w:rPr>
        <w:t>GSM</w:t>
      </w:r>
      <w:r w:rsidRPr="00C129D6">
        <w:rPr>
          <w:rFonts w:cs="Times New Roman"/>
          <w:sz w:val="22"/>
          <w:lang w:val="ru-RU"/>
        </w:rPr>
        <w:t>22 не поступило, Участник обязан самостоятельно до окончания срока регистрации обратиться в официальный чат @</w:t>
      </w:r>
      <w:proofErr w:type="spellStart"/>
      <w:r w:rsidRPr="00C129D6">
        <w:rPr>
          <w:rFonts w:cs="Times New Roman"/>
          <w:sz w:val="22"/>
        </w:rPr>
        <w:t>gsm</w:t>
      </w:r>
      <w:proofErr w:type="spellEnd"/>
      <w:r w:rsidRPr="00C129D6">
        <w:rPr>
          <w:rFonts w:cs="Times New Roman"/>
          <w:sz w:val="22"/>
          <w:lang w:val="ru-RU"/>
        </w:rPr>
        <w:t>22_</w:t>
      </w:r>
      <w:r w:rsidRPr="00C129D6">
        <w:rPr>
          <w:rFonts w:cs="Times New Roman"/>
          <w:sz w:val="22"/>
        </w:rPr>
        <w:t>chat</w:t>
      </w:r>
      <w:r w:rsidRPr="00C129D6">
        <w:rPr>
          <w:rFonts w:cs="Times New Roman"/>
          <w:sz w:val="22"/>
          <w:lang w:val="ru-RU"/>
        </w:rPr>
        <w:t xml:space="preserve"> или к сотруднику участвующего магазина. Само наличие отметки не гарантирует автоматическое обнаружение публикации техническими средствами социальной сети.</w:t>
      </w:r>
    </w:p>
    <w:p w14:paraId="5BB47A4D" w14:textId="77777777" w:rsidR="00C40C7B" w:rsidRPr="00C129D6" w:rsidRDefault="00A91F44">
      <w:pPr>
        <w:rPr>
          <w:rFonts w:cs="Times New Roman"/>
          <w:sz w:val="22"/>
          <w:lang w:val="ru-RU"/>
        </w:rPr>
      </w:pPr>
      <w:r w:rsidRPr="00C129D6">
        <w:rPr>
          <w:rFonts w:cs="Times New Roman"/>
          <w:sz w:val="22"/>
          <w:lang w:val="ru-RU"/>
        </w:rPr>
        <w:t>8.3. Для проверки Организатор вправе запросить изображение или сведения кассового чека, дату и место покупки, сведения об участвующем товаре, данные программы лояльности и ссылку/подтверждение публикации.</w:t>
      </w:r>
    </w:p>
    <w:p w14:paraId="35C4BA15" w14:textId="77777777" w:rsidR="00C40C7B" w:rsidRPr="00C129D6" w:rsidRDefault="00A91F44">
      <w:pPr>
        <w:rPr>
          <w:rFonts w:cs="Times New Roman"/>
          <w:sz w:val="22"/>
          <w:lang w:val="ru-RU"/>
        </w:rPr>
      </w:pPr>
      <w:r w:rsidRPr="00C129D6">
        <w:rPr>
          <w:rFonts w:cs="Times New Roman"/>
          <w:sz w:val="22"/>
          <w:lang w:val="ru-RU"/>
        </w:rPr>
        <w:t>8.4. Участник считается допущенным к определению Победителя только после одновременного выполнения трех условий: чек проверен и зарегистрирован; выполнение обязательных действий подтверждено; Участнику сообщены присвоенные номера.</w:t>
      </w:r>
    </w:p>
    <w:p w14:paraId="572396DD" w14:textId="77777777" w:rsidR="00C40C7B" w:rsidRPr="00C129D6" w:rsidRDefault="00A91F44">
      <w:pPr>
        <w:rPr>
          <w:rFonts w:cs="Times New Roman"/>
          <w:sz w:val="22"/>
          <w:lang w:val="ru-RU"/>
        </w:rPr>
      </w:pPr>
      <w:r w:rsidRPr="00C129D6">
        <w:rPr>
          <w:rFonts w:cs="Times New Roman"/>
          <w:sz w:val="22"/>
          <w:lang w:val="ru-RU"/>
        </w:rPr>
        <w:t>8.5. Один кассовый чек может быть зарегистрирован только один раз и только за одним Участником. При споре о принадлежности чека Организатор вправе запросить сведения, позволяющие установить фактического покупателя.</w:t>
      </w:r>
    </w:p>
    <w:p w14:paraId="0B5F70F5" w14:textId="77777777" w:rsidR="00C40C7B" w:rsidRPr="00C129D6" w:rsidRDefault="00A91F44">
      <w:pPr>
        <w:rPr>
          <w:rFonts w:cs="Times New Roman"/>
          <w:sz w:val="22"/>
          <w:lang w:val="ru-RU"/>
        </w:rPr>
      </w:pPr>
      <w:r w:rsidRPr="00C129D6">
        <w:rPr>
          <w:rFonts w:cs="Times New Roman"/>
          <w:sz w:val="22"/>
          <w:lang w:val="ru-RU"/>
        </w:rPr>
        <w:t>8.6. Организатор ведет реестр действующих номеров участия. При аннулировании участия соответствующие номера исключаются из совокупности номеров, используемой при определении Победителя.</w:t>
      </w:r>
    </w:p>
    <w:p w14:paraId="677D2438"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lastRenderedPageBreak/>
        <w:t>9. Определение Победителя</w:t>
      </w:r>
    </w:p>
    <w:p w14:paraId="46E3618B" w14:textId="77777777" w:rsidR="00C40C7B" w:rsidRPr="00C129D6" w:rsidRDefault="00A91F44">
      <w:pPr>
        <w:rPr>
          <w:rFonts w:cs="Times New Roman"/>
          <w:sz w:val="22"/>
          <w:lang w:val="ru-RU"/>
        </w:rPr>
      </w:pPr>
      <w:r w:rsidRPr="00C129D6">
        <w:rPr>
          <w:rFonts w:cs="Times New Roman"/>
          <w:sz w:val="22"/>
          <w:lang w:val="ru-RU"/>
        </w:rPr>
        <w:t>9.1. 18.09.2026 г. Организатор проводит случайное определение одного Победителя среди всех действующих зарегистрированных номеров участия.</w:t>
      </w:r>
    </w:p>
    <w:p w14:paraId="1C21EC3D" w14:textId="77777777" w:rsidR="00C40C7B" w:rsidRPr="00C129D6" w:rsidRDefault="00A91F44">
      <w:pPr>
        <w:rPr>
          <w:rFonts w:cs="Times New Roman"/>
          <w:sz w:val="22"/>
          <w:lang w:val="ru-RU"/>
        </w:rPr>
      </w:pPr>
      <w:r w:rsidRPr="00C129D6">
        <w:rPr>
          <w:rFonts w:cs="Times New Roman"/>
          <w:sz w:val="22"/>
          <w:lang w:val="ru-RU"/>
        </w:rPr>
        <w:t>9.2. Для определения используется генератор случайных чисел либо иной технический способ случайного выбора, позволяющий определить один номер из заранее сформированного диапазона действующих номеров.</w:t>
      </w:r>
    </w:p>
    <w:p w14:paraId="5C70925C" w14:textId="77777777" w:rsidR="00C40C7B" w:rsidRPr="00C129D6" w:rsidRDefault="00A91F44">
      <w:pPr>
        <w:rPr>
          <w:rFonts w:cs="Times New Roman"/>
          <w:sz w:val="22"/>
          <w:lang w:val="ru-RU"/>
        </w:rPr>
      </w:pPr>
      <w:r w:rsidRPr="00C129D6">
        <w:rPr>
          <w:rFonts w:cs="Times New Roman"/>
          <w:sz w:val="22"/>
          <w:lang w:val="ru-RU"/>
        </w:rPr>
        <w:t>9.3. До начала определения Организатор фиксирует перечень/диапазон номеров, допущенных к розыгрышу. После выпадения номера устанавливается Участник, которому он присвоен.</w:t>
      </w:r>
    </w:p>
    <w:p w14:paraId="65ABC815" w14:textId="77777777" w:rsidR="00C40C7B" w:rsidRPr="00C129D6" w:rsidRDefault="00A91F44">
      <w:pPr>
        <w:rPr>
          <w:rFonts w:cs="Times New Roman"/>
          <w:sz w:val="22"/>
          <w:lang w:val="ru-RU"/>
        </w:rPr>
      </w:pPr>
      <w:r w:rsidRPr="00C129D6">
        <w:rPr>
          <w:rFonts w:cs="Times New Roman"/>
          <w:sz w:val="22"/>
          <w:lang w:val="ru-RU"/>
        </w:rPr>
        <w:t>9.4. Выпадение номера является предварительным результатом до завершения контрольной проверки. Организатор повторно проверяет чек, публикацию, участие в программе лояльности и отсутствие оснований для аннулирования.</w:t>
      </w:r>
    </w:p>
    <w:p w14:paraId="0A27C6B7" w14:textId="77777777" w:rsidR="00C40C7B" w:rsidRPr="00C129D6" w:rsidRDefault="00A91F44">
      <w:pPr>
        <w:rPr>
          <w:rFonts w:cs="Times New Roman"/>
          <w:sz w:val="22"/>
          <w:lang w:val="ru-RU"/>
        </w:rPr>
      </w:pPr>
      <w:r w:rsidRPr="00C129D6">
        <w:rPr>
          <w:rFonts w:cs="Times New Roman"/>
          <w:sz w:val="22"/>
          <w:lang w:val="ru-RU"/>
        </w:rPr>
        <w:t>9.5. Если выбранный Участник не соответствует Правилам, использовал недостоверные сведения, его чек аннулирован либо товар был полностью возвращен до определения Победителя, результат отменяется и проводится повторный случайный выбор.</w:t>
      </w:r>
    </w:p>
    <w:p w14:paraId="32FF2256" w14:textId="77777777" w:rsidR="00C40C7B" w:rsidRPr="00C129D6" w:rsidRDefault="00A91F44">
      <w:pPr>
        <w:rPr>
          <w:rFonts w:cs="Times New Roman"/>
          <w:sz w:val="22"/>
          <w:lang w:val="ru-RU"/>
        </w:rPr>
      </w:pPr>
      <w:r w:rsidRPr="00C129D6">
        <w:rPr>
          <w:rFonts w:cs="Times New Roman"/>
          <w:sz w:val="22"/>
          <w:lang w:val="ru-RU"/>
        </w:rPr>
        <w:t>9.6. Повторный выбор проводится до определения Участника, полностью соответствующего Правилам. Итоговый результат может быть зафиксирован Организатором протоколом.</w:t>
      </w:r>
    </w:p>
    <w:p w14:paraId="00D51E81"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10. Призовой фонд и размер приза</w:t>
      </w:r>
    </w:p>
    <w:p w14:paraId="0AFFE580" w14:textId="77777777" w:rsidR="00C40C7B" w:rsidRPr="00C129D6" w:rsidRDefault="00A91F44">
      <w:pPr>
        <w:rPr>
          <w:rFonts w:cs="Times New Roman"/>
          <w:sz w:val="22"/>
          <w:lang w:val="ru-RU"/>
        </w:rPr>
      </w:pPr>
      <w:r w:rsidRPr="00C129D6">
        <w:rPr>
          <w:rFonts w:cs="Times New Roman"/>
          <w:sz w:val="22"/>
          <w:lang w:val="ru-RU"/>
        </w:rPr>
        <w:t>10.1. В рамках Акции предусмотрен один денежный приз.</w:t>
      </w:r>
    </w:p>
    <w:p w14:paraId="1614208B" w14:textId="77777777" w:rsidR="00C40C7B" w:rsidRPr="00C129D6" w:rsidRDefault="00A91F44">
      <w:pPr>
        <w:rPr>
          <w:rFonts w:cs="Times New Roman"/>
          <w:sz w:val="22"/>
          <w:lang w:val="ru-RU"/>
        </w:rPr>
      </w:pPr>
      <w:r w:rsidRPr="00C129D6">
        <w:rPr>
          <w:rFonts w:cs="Times New Roman"/>
          <w:sz w:val="22"/>
          <w:lang w:val="ru-RU"/>
        </w:rPr>
        <w:t>10.2. Базовый размер денежного приза определяется исходя из фактической стоимости участвующего товара (товаров) по зарегистрированному кассовому чеку Победителя после скидок и иных уменьшений цены.</w:t>
      </w:r>
    </w:p>
    <w:p w14:paraId="01A21F87" w14:textId="2F85A01C" w:rsidR="00C40C7B" w:rsidRPr="00C129D6" w:rsidRDefault="00A91F44">
      <w:pPr>
        <w:rPr>
          <w:rFonts w:cs="Times New Roman"/>
          <w:sz w:val="22"/>
          <w:lang w:val="ru-RU"/>
        </w:rPr>
      </w:pPr>
      <w:r w:rsidRPr="00C129D6">
        <w:rPr>
          <w:rFonts w:cs="Times New Roman"/>
          <w:sz w:val="22"/>
          <w:lang w:val="ru-RU"/>
        </w:rPr>
        <w:t>10.</w:t>
      </w:r>
      <w:r w:rsidR="007C3E58" w:rsidRPr="00C129D6">
        <w:rPr>
          <w:rFonts w:cs="Times New Roman"/>
          <w:sz w:val="22"/>
          <w:lang w:val="ru-RU"/>
        </w:rPr>
        <w:t>3</w:t>
      </w:r>
      <w:r w:rsidRPr="00C129D6">
        <w:rPr>
          <w:rFonts w:cs="Times New Roman"/>
          <w:sz w:val="22"/>
          <w:lang w:val="ru-RU"/>
        </w:rPr>
        <w:t xml:space="preserve">. При наличии в одном чеке участвующих и </w:t>
      </w:r>
      <w:proofErr w:type="spellStart"/>
      <w:r w:rsidRPr="00C129D6">
        <w:rPr>
          <w:rFonts w:cs="Times New Roman"/>
          <w:sz w:val="22"/>
          <w:lang w:val="ru-RU"/>
        </w:rPr>
        <w:t>неучаствующих</w:t>
      </w:r>
      <w:proofErr w:type="spellEnd"/>
      <w:r w:rsidRPr="00C129D6">
        <w:rPr>
          <w:rFonts w:cs="Times New Roman"/>
          <w:sz w:val="22"/>
          <w:lang w:val="ru-RU"/>
        </w:rPr>
        <w:t xml:space="preserve"> товаров, услуг или иных платежей в расчет включается только стоимость позиций, соответствующих условиям Акции.</w:t>
      </w:r>
    </w:p>
    <w:p w14:paraId="43A01D67" w14:textId="4FF7366A" w:rsidR="00C40C7B" w:rsidRPr="00C129D6" w:rsidRDefault="00A91F44">
      <w:pPr>
        <w:rPr>
          <w:rFonts w:cs="Times New Roman"/>
          <w:sz w:val="22"/>
          <w:lang w:val="ru-RU"/>
        </w:rPr>
      </w:pPr>
      <w:r w:rsidRPr="00C129D6">
        <w:rPr>
          <w:rFonts w:cs="Times New Roman"/>
          <w:sz w:val="22"/>
          <w:lang w:val="ru-RU"/>
        </w:rPr>
        <w:t>10.</w:t>
      </w:r>
      <w:r w:rsidR="007C3E58" w:rsidRPr="00C129D6">
        <w:rPr>
          <w:rFonts w:cs="Times New Roman"/>
          <w:sz w:val="22"/>
          <w:lang w:val="ru-RU"/>
        </w:rPr>
        <w:t>4</w:t>
      </w:r>
      <w:r w:rsidRPr="00C129D6">
        <w:rPr>
          <w:rFonts w:cs="Times New Roman"/>
          <w:sz w:val="22"/>
          <w:lang w:val="ru-RU"/>
        </w:rPr>
        <w:t>. Денежный приз не заменяется иным товаром или услугой, если иное не согласовано сторонами и не противоречит законодательству.</w:t>
      </w:r>
    </w:p>
    <w:p w14:paraId="7094BFB6"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11. Налогообложение</w:t>
      </w:r>
    </w:p>
    <w:p w14:paraId="158B9B29" w14:textId="77777777" w:rsidR="00C40C7B" w:rsidRPr="00C129D6" w:rsidRDefault="00A91F44">
      <w:pPr>
        <w:rPr>
          <w:rFonts w:cs="Times New Roman"/>
          <w:sz w:val="22"/>
          <w:lang w:val="ru-RU"/>
        </w:rPr>
      </w:pPr>
      <w:r w:rsidRPr="00C129D6">
        <w:rPr>
          <w:rFonts w:cs="Times New Roman"/>
          <w:sz w:val="22"/>
          <w:lang w:val="ru-RU"/>
        </w:rPr>
        <w:t>11.1. Доход в виде приза, полученного в рекламном мероприятии, облагается НДФЛ в порядке, предусмотренном Налоговым кодексом Российской Федерации.</w:t>
      </w:r>
    </w:p>
    <w:p w14:paraId="13F9C845" w14:textId="5401D04C" w:rsidR="007C3E58" w:rsidRPr="00C129D6" w:rsidRDefault="00A91F44" w:rsidP="007C3E58">
      <w:pPr>
        <w:rPr>
          <w:rFonts w:cs="Times New Roman"/>
          <w:sz w:val="22"/>
          <w:lang w:val="ru-RU"/>
        </w:rPr>
      </w:pPr>
      <w:r w:rsidRPr="00C129D6">
        <w:rPr>
          <w:rFonts w:cs="Times New Roman"/>
          <w:sz w:val="22"/>
          <w:lang w:val="ru-RU"/>
        </w:rPr>
        <w:t>11.</w:t>
      </w:r>
      <w:r w:rsidR="007C3E58" w:rsidRPr="00C129D6">
        <w:rPr>
          <w:rFonts w:cs="Times New Roman"/>
          <w:sz w:val="22"/>
          <w:lang w:val="ru-RU"/>
        </w:rPr>
        <w:t>2</w:t>
      </w:r>
      <w:r w:rsidRPr="00C129D6">
        <w:rPr>
          <w:rFonts w:cs="Times New Roman"/>
          <w:sz w:val="22"/>
          <w:lang w:val="ru-RU"/>
        </w:rPr>
        <w:t xml:space="preserve">. </w:t>
      </w:r>
      <w:r w:rsidR="007C3E58" w:rsidRPr="00C129D6">
        <w:rPr>
          <w:rFonts w:cs="Times New Roman"/>
          <w:sz w:val="22"/>
          <w:lang w:val="ru-RU"/>
        </w:rPr>
        <w:t xml:space="preserve">С момента получения приза Участник несет ответственность за уплату всех налогов, установленных законодательством Российской Федерации. </w:t>
      </w:r>
    </w:p>
    <w:p w14:paraId="24EE0F95" w14:textId="77777777" w:rsidR="007C3E58" w:rsidRPr="00C129D6" w:rsidRDefault="007C3E58" w:rsidP="007C3E58">
      <w:pPr>
        <w:rPr>
          <w:rFonts w:cs="Times New Roman"/>
          <w:sz w:val="22"/>
          <w:lang w:val="ru-RU"/>
        </w:rPr>
      </w:pPr>
      <w:r w:rsidRPr="00C129D6">
        <w:rPr>
          <w:rFonts w:cs="Times New Roman"/>
          <w:sz w:val="22"/>
          <w:lang w:val="ru-RU"/>
        </w:rPr>
        <w:t>11.3</w:t>
      </w:r>
      <w:r w:rsidRPr="00C129D6">
        <w:rPr>
          <w:rFonts w:cs="Times New Roman"/>
          <w:sz w:val="22"/>
          <w:lang w:val="ru-RU"/>
        </w:rPr>
        <w:t xml:space="preserve"> Организатор розыгрыша ставит Участников в известность, что согласно п.2 ст. 224 НК РФ налоговая ставка по налогу на доходы устанавливается в размере 35 процентов в отношении следующих доходов: стоимости любых выигрышей и призов, получаемых в проводимых конкурсах, играх и других мероприятиях в целях рекламы товаров, работ и услуг, в части превышения размеров, указанных в пункте 28 статьи 217 НК РФ (4000 руб.). Участники розыгрыша уведомлены об обязанностях уплаты налога на доходы физических лиц со стоимости подарка, превышающей 4000 рублей по ставке 35 % в соответствии с Налоговым Кодексом РФ.</w:t>
      </w:r>
    </w:p>
    <w:p w14:paraId="617E3756" w14:textId="5BD89760" w:rsidR="00C40C7B" w:rsidRPr="00C129D6" w:rsidRDefault="00A91F44" w:rsidP="007C3E58">
      <w:pPr>
        <w:jc w:val="center"/>
        <w:rPr>
          <w:rFonts w:cs="Times New Roman"/>
          <w:sz w:val="22"/>
          <w:lang w:val="ru-RU"/>
        </w:rPr>
      </w:pPr>
      <w:r w:rsidRPr="00C129D6">
        <w:rPr>
          <w:rFonts w:cs="Times New Roman"/>
          <w:b/>
          <w:sz w:val="22"/>
          <w:lang w:val="ru-RU"/>
        </w:rPr>
        <w:t>12. Возврат и обмен товара</w:t>
      </w:r>
    </w:p>
    <w:p w14:paraId="421DD9E0" w14:textId="77777777" w:rsidR="00C40C7B" w:rsidRPr="00C129D6" w:rsidRDefault="00A91F44">
      <w:pPr>
        <w:rPr>
          <w:rFonts w:cs="Times New Roman"/>
          <w:sz w:val="22"/>
          <w:lang w:val="ru-RU"/>
        </w:rPr>
      </w:pPr>
      <w:r w:rsidRPr="00C129D6">
        <w:rPr>
          <w:rFonts w:cs="Times New Roman"/>
          <w:sz w:val="22"/>
          <w:lang w:val="ru-RU"/>
        </w:rPr>
        <w:t>12.1. Полный возврат участвующей покупки до определения Победителя прекращает участие соответствующего чека, а присвоенные ему номера аннулируются.</w:t>
      </w:r>
    </w:p>
    <w:p w14:paraId="0E3C34FA" w14:textId="77777777" w:rsidR="00C40C7B" w:rsidRPr="00C129D6" w:rsidRDefault="00A91F44">
      <w:pPr>
        <w:rPr>
          <w:rFonts w:cs="Times New Roman"/>
          <w:sz w:val="22"/>
          <w:lang w:val="ru-RU"/>
        </w:rPr>
      </w:pPr>
      <w:r w:rsidRPr="00C129D6">
        <w:rPr>
          <w:rFonts w:cs="Times New Roman"/>
          <w:sz w:val="22"/>
          <w:lang w:val="ru-RU"/>
        </w:rPr>
        <w:t>12.2. При частичном возврате до определения Победителя сумма участвующей покупки уменьшается на стоимость возвращенного товара; если возвращен единственный участвующий товар, участие по чеку прекращается.</w:t>
      </w:r>
    </w:p>
    <w:p w14:paraId="36C9230D" w14:textId="77777777" w:rsidR="00C40C7B" w:rsidRPr="00C129D6" w:rsidRDefault="00A91F44">
      <w:pPr>
        <w:rPr>
          <w:rFonts w:cs="Times New Roman"/>
          <w:sz w:val="22"/>
          <w:lang w:val="ru-RU"/>
        </w:rPr>
      </w:pPr>
      <w:r w:rsidRPr="00C129D6">
        <w:rPr>
          <w:rFonts w:cs="Times New Roman"/>
          <w:sz w:val="22"/>
          <w:lang w:val="ru-RU"/>
        </w:rPr>
        <w:lastRenderedPageBreak/>
        <w:t>12.3. Законный возврат, обмен, предъявление требований о недостатках товара и иные права потребителя после определения Победителя регулируются законодательством о защите прав потребителей и не могут быть исключены настоящими Правилами.</w:t>
      </w:r>
    </w:p>
    <w:p w14:paraId="12A42C0B" w14:textId="1F0297E8" w:rsidR="00E947DA" w:rsidRPr="00C129D6" w:rsidRDefault="00A91F44" w:rsidP="00E947DA">
      <w:pPr>
        <w:rPr>
          <w:rFonts w:cs="Times New Roman"/>
          <w:sz w:val="22"/>
          <w:lang w:val="ru-RU"/>
        </w:rPr>
      </w:pPr>
      <w:r w:rsidRPr="00C129D6">
        <w:rPr>
          <w:rFonts w:cs="Times New Roman"/>
          <w:sz w:val="22"/>
          <w:lang w:val="ru-RU"/>
        </w:rPr>
        <w:t>12.4. Выплата приза сама по себе не лишает Победителя прав, связанных с качеством товара. Вместе с тем возврат денежных средств за товар после получения приза не означает автоматического возникновения у Победителя права повторно получить сумму, уже компенсированную ему в рамках Акции</w:t>
      </w:r>
      <w:r w:rsidR="00E947DA" w:rsidRPr="00C129D6">
        <w:rPr>
          <w:rFonts w:cs="Times New Roman"/>
          <w:sz w:val="22"/>
          <w:lang w:val="ru-RU"/>
        </w:rPr>
        <w:t xml:space="preserve">. </w:t>
      </w:r>
      <w:r w:rsidR="00E947DA" w:rsidRPr="00C129D6">
        <w:rPr>
          <w:rFonts w:cs="Times New Roman"/>
          <w:sz w:val="22"/>
          <w:lang w:val="ru-RU"/>
        </w:rPr>
        <w:t>При возникновении гарантийных обязательств либо иных предусмотренных законодательством оснований Победитель сохраняет право воспользоваться предусмотренными законодательством о защите прав потребителей способами защиты, включая предъявление требований об устранении недостатков товара, его замене</w:t>
      </w:r>
      <w:r w:rsidR="00E947DA" w:rsidRPr="00C129D6">
        <w:rPr>
          <w:rFonts w:cs="Times New Roman"/>
          <w:sz w:val="22"/>
          <w:lang w:val="ru-RU"/>
        </w:rPr>
        <w:t xml:space="preserve"> </w:t>
      </w:r>
      <w:r w:rsidR="00E947DA" w:rsidRPr="00C129D6">
        <w:rPr>
          <w:rFonts w:cs="Times New Roman"/>
          <w:sz w:val="22"/>
          <w:lang w:val="ru-RU"/>
        </w:rPr>
        <w:t>и иными правами, установленными законодательством</w:t>
      </w:r>
    </w:p>
    <w:p w14:paraId="5E920B14" w14:textId="418A6783" w:rsidR="00E947DA" w:rsidRPr="00C129D6" w:rsidRDefault="00A91F44" w:rsidP="00E947DA">
      <w:pPr>
        <w:spacing w:before="160" w:after="80"/>
        <w:ind w:firstLine="0"/>
        <w:jc w:val="center"/>
        <w:rPr>
          <w:rFonts w:cs="Times New Roman"/>
          <w:b/>
          <w:sz w:val="22"/>
          <w:lang w:val="ru-RU"/>
        </w:rPr>
      </w:pPr>
      <w:r w:rsidRPr="00C129D6">
        <w:rPr>
          <w:rFonts w:cs="Times New Roman"/>
          <w:b/>
          <w:sz w:val="22"/>
          <w:lang w:val="ru-RU"/>
        </w:rPr>
        <w:t>13. Порядок получения приза</w:t>
      </w:r>
    </w:p>
    <w:p w14:paraId="657CAB40" w14:textId="77777777" w:rsidR="00C40C7B" w:rsidRPr="00C129D6" w:rsidRDefault="00A91F44">
      <w:pPr>
        <w:rPr>
          <w:rFonts w:cs="Times New Roman"/>
          <w:sz w:val="22"/>
          <w:lang w:val="ru-RU"/>
        </w:rPr>
      </w:pPr>
      <w:r w:rsidRPr="00C129D6">
        <w:rPr>
          <w:rFonts w:cs="Times New Roman"/>
          <w:sz w:val="22"/>
          <w:lang w:val="ru-RU"/>
        </w:rPr>
        <w:t>13.1. После подтверждения Победителя Организатор связывается с ним по контактным данным, имеющимся при регистрации участия или в программе лояльности.</w:t>
      </w:r>
    </w:p>
    <w:p w14:paraId="7AC297F4" w14:textId="75AC90A7" w:rsidR="00C40C7B" w:rsidRPr="00C129D6" w:rsidRDefault="00A91F44">
      <w:pPr>
        <w:rPr>
          <w:rFonts w:cs="Times New Roman"/>
          <w:sz w:val="22"/>
          <w:lang w:val="ru-RU"/>
        </w:rPr>
      </w:pPr>
      <w:r w:rsidRPr="00C129D6">
        <w:rPr>
          <w:rFonts w:cs="Times New Roman"/>
          <w:sz w:val="22"/>
          <w:lang w:val="ru-RU"/>
        </w:rPr>
        <w:t>13.2. Победитель обязан подтвердить личность и предоставить сведения, необходимые для оформления вы</w:t>
      </w:r>
      <w:r w:rsidR="00E947DA" w:rsidRPr="00C129D6">
        <w:rPr>
          <w:rFonts w:cs="Times New Roman"/>
          <w:sz w:val="22"/>
          <w:lang w:val="ru-RU"/>
        </w:rPr>
        <w:t>дачи приза.</w:t>
      </w:r>
    </w:p>
    <w:p w14:paraId="164C6673" w14:textId="77777777" w:rsidR="00C40C7B" w:rsidRPr="00C129D6" w:rsidRDefault="00A91F44">
      <w:pPr>
        <w:rPr>
          <w:rFonts w:cs="Times New Roman"/>
          <w:sz w:val="22"/>
          <w:lang w:val="ru-RU"/>
        </w:rPr>
      </w:pPr>
      <w:r w:rsidRPr="00C129D6">
        <w:rPr>
          <w:rFonts w:cs="Times New Roman"/>
          <w:sz w:val="22"/>
          <w:lang w:val="ru-RU"/>
        </w:rPr>
        <w:t xml:space="preserve">13.3. Выплата производится наличными денежными средствами в одном из магазинов </w:t>
      </w:r>
      <w:r w:rsidRPr="00C129D6">
        <w:rPr>
          <w:rFonts w:cs="Times New Roman"/>
          <w:sz w:val="22"/>
        </w:rPr>
        <w:t>GSM</w:t>
      </w:r>
      <w:r w:rsidRPr="00C129D6">
        <w:rPr>
          <w:rFonts w:cs="Times New Roman"/>
          <w:sz w:val="22"/>
          <w:lang w:val="ru-RU"/>
        </w:rPr>
        <w:t>22 по выбору Победителя, если иной законный способ выплаты письменно не согласован с Победителем.</w:t>
      </w:r>
    </w:p>
    <w:p w14:paraId="0C031888" w14:textId="77777777" w:rsidR="00C40C7B" w:rsidRPr="00C129D6" w:rsidRDefault="00A91F44">
      <w:pPr>
        <w:rPr>
          <w:rFonts w:cs="Times New Roman"/>
          <w:sz w:val="22"/>
          <w:lang w:val="ru-RU"/>
        </w:rPr>
      </w:pPr>
      <w:r w:rsidRPr="00C129D6">
        <w:rPr>
          <w:rFonts w:cs="Times New Roman"/>
          <w:sz w:val="22"/>
          <w:lang w:val="ru-RU"/>
        </w:rPr>
        <w:t>13.4. Конкретные магазин, дата и время выдачи согласовываются с Победителем. Организатор обязан обеспечить возможность получения приза в разумный срок после предоставления Победителем необходимых документов.</w:t>
      </w:r>
    </w:p>
    <w:p w14:paraId="6DD0C935" w14:textId="77777777" w:rsidR="00C40C7B" w:rsidRPr="00C129D6" w:rsidRDefault="00A91F44">
      <w:pPr>
        <w:rPr>
          <w:rFonts w:cs="Times New Roman"/>
          <w:sz w:val="22"/>
          <w:lang w:val="ru-RU"/>
        </w:rPr>
      </w:pPr>
      <w:r w:rsidRPr="00C129D6">
        <w:rPr>
          <w:rFonts w:cs="Times New Roman"/>
          <w:sz w:val="22"/>
          <w:lang w:val="ru-RU"/>
        </w:rPr>
        <w:t>13.5. Приз выдается лично Победителю при предъявлении документа, удостоверяющего личность, если иной порядок не будет письменно согласован Организатором и не противоречит требованиям налогового законодательства.</w:t>
      </w:r>
    </w:p>
    <w:p w14:paraId="3D0B80CF" w14:textId="77777777" w:rsidR="00C129D6" w:rsidRDefault="00A91F44" w:rsidP="00C129D6">
      <w:pPr>
        <w:rPr>
          <w:rFonts w:cs="Times New Roman"/>
          <w:sz w:val="22"/>
          <w:lang w:val="ru-RU"/>
        </w:rPr>
      </w:pPr>
      <w:r w:rsidRPr="00C129D6">
        <w:rPr>
          <w:rFonts w:cs="Times New Roman"/>
          <w:sz w:val="22"/>
          <w:lang w:val="ru-RU"/>
        </w:rPr>
        <w:t>13.6. Если Победитель в течение 10 календарных дней после направления не менее двух сообщений по имеющимся контактным данным не отвечает Организатору либо прямо отказывается от приза, Организатор вправе признать приз невостребованным и провести повторное определение Победителя. Если связь невозможна по причинам, не зависящим от Победителя, Организатор оценивает обстоятельства добросовестно.</w:t>
      </w:r>
    </w:p>
    <w:p w14:paraId="612BFFC0" w14:textId="44A65B5B" w:rsidR="00C40C7B" w:rsidRPr="00C129D6" w:rsidRDefault="00A91F44" w:rsidP="00C129D6">
      <w:pPr>
        <w:jc w:val="center"/>
        <w:rPr>
          <w:rFonts w:cs="Times New Roman"/>
          <w:sz w:val="22"/>
          <w:lang w:val="ru-RU"/>
        </w:rPr>
      </w:pPr>
      <w:r w:rsidRPr="00C129D6">
        <w:rPr>
          <w:rFonts w:cs="Times New Roman"/>
          <w:b/>
          <w:sz w:val="22"/>
          <w:lang w:val="ru-RU"/>
        </w:rPr>
        <w:t>14. Персональные данные</w:t>
      </w:r>
    </w:p>
    <w:p w14:paraId="6FFF5206" w14:textId="77777777" w:rsidR="00C40C7B" w:rsidRPr="00C129D6" w:rsidRDefault="00A91F44">
      <w:pPr>
        <w:rPr>
          <w:rFonts w:cs="Times New Roman"/>
          <w:sz w:val="22"/>
          <w:lang w:val="ru-RU"/>
        </w:rPr>
      </w:pPr>
      <w:r w:rsidRPr="00C129D6">
        <w:rPr>
          <w:rFonts w:cs="Times New Roman"/>
          <w:sz w:val="22"/>
          <w:lang w:val="ru-RU"/>
        </w:rPr>
        <w:t>14.1. Организатор является оператором персональных данных, обрабатываемых в связи с проведением Акции.</w:t>
      </w:r>
    </w:p>
    <w:p w14:paraId="30FA91E3" w14:textId="77777777" w:rsidR="00C40C7B" w:rsidRPr="00C129D6" w:rsidRDefault="00A91F44">
      <w:pPr>
        <w:rPr>
          <w:rFonts w:cs="Times New Roman"/>
          <w:sz w:val="22"/>
          <w:lang w:val="ru-RU"/>
        </w:rPr>
      </w:pPr>
      <w:r w:rsidRPr="00C129D6">
        <w:rPr>
          <w:rFonts w:cs="Times New Roman"/>
          <w:sz w:val="22"/>
          <w:lang w:val="ru-RU"/>
        </w:rPr>
        <w:t>14.2. Целями обработки являются: регистрация и идентификация Участника; проверка условий; ведение реестра номеров; определение и уведомление Победителя; выдача приза; налоговый и бухгалтерский учет; рассмотрение обращений и защита прав Организатора и Участников.</w:t>
      </w:r>
    </w:p>
    <w:p w14:paraId="17BB85E9" w14:textId="13AD833B" w:rsidR="00C40C7B" w:rsidRPr="00C129D6" w:rsidRDefault="00A91F44">
      <w:pPr>
        <w:rPr>
          <w:rFonts w:cs="Times New Roman"/>
          <w:sz w:val="22"/>
          <w:lang w:val="ru-RU"/>
        </w:rPr>
      </w:pPr>
      <w:r w:rsidRPr="00C129D6">
        <w:rPr>
          <w:rFonts w:cs="Times New Roman"/>
          <w:sz w:val="22"/>
          <w:lang w:val="ru-RU"/>
        </w:rPr>
        <w:t>14.3. Состав обрабатываемых данных определяется фактической необходимостью и может включать Ф.И.О., контактные данные, сведения о покупке и чеке, идентификатор аккаунта, сведения программы лояльности, а для Победителя — реквизиты документа, удостоверяющего личность</w:t>
      </w:r>
      <w:r w:rsidR="00C129D6" w:rsidRPr="00C129D6">
        <w:rPr>
          <w:rFonts w:cs="Times New Roman"/>
          <w:sz w:val="22"/>
          <w:lang w:val="ru-RU"/>
        </w:rPr>
        <w:t>.</w:t>
      </w:r>
    </w:p>
    <w:p w14:paraId="100D0A53" w14:textId="77777777" w:rsidR="00C40C7B" w:rsidRPr="00C129D6" w:rsidRDefault="00A91F44">
      <w:pPr>
        <w:rPr>
          <w:rFonts w:cs="Times New Roman"/>
          <w:sz w:val="22"/>
          <w:lang w:val="ru-RU"/>
        </w:rPr>
      </w:pPr>
      <w:r w:rsidRPr="00C129D6">
        <w:rPr>
          <w:rFonts w:cs="Times New Roman"/>
          <w:sz w:val="22"/>
          <w:lang w:val="ru-RU"/>
        </w:rPr>
        <w:t>14.4. Если обработка требует согласия, такое согласие оформляется отдельно от настоящих Правил в форме, позволяющей подтвердить факт его получения. Согласие должно быть конкретным, предметным, информированным, сознательным и однозначным.</w:t>
      </w:r>
    </w:p>
    <w:p w14:paraId="5F51BAFD" w14:textId="77777777" w:rsidR="00C40C7B" w:rsidRPr="00C129D6" w:rsidRDefault="00A91F44">
      <w:pPr>
        <w:rPr>
          <w:rFonts w:cs="Times New Roman"/>
          <w:sz w:val="22"/>
          <w:lang w:val="ru-RU"/>
        </w:rPr>
      </w:pPr>
      <w:r w:rsidRPr="00C129D6">
        <w:rPr>
          <w:rFonts w:cs="Times New Roman"/>
          <w:sz w:val="22"/>
          <w:lang w:val="ru-RU"/>
        </w:rPr>
        <w:t>14.5. Персональные данные обрабатываются не дольше, чем этого требуют цели обработки и обязательные сроки хранения, установленные законодательством. По достижении целей данные подлежат прекращению обработки и уничтожению либо обезличиванию, если отсутствует иное законное основание хранения.</w:t>
      </w:r>
    </w:p>
    <w:p w14:paraId="5D7F5586" w14:textId="77777777" w:rsidR="00C40C7B" w:rsidRPr="00C129D6" w:rsidRDefault="00A91F44">
      <w:pPr>
        <w:rPr>
          <w:rFonts w:cs="Times New Roman"/>
          <w:sz w:val="22"/>
          <w:lang w:val="ru-RU"/>
        </w:rPr>
      </w:pPr>
      <w:r w:rsidRPr="00C129D6">
        <w:rPr>
          <w:rFonts w:cs="Times New Roman"/>
          <w:sz w:val="22"/>
          <w:lang w:val="ru-RU"/>
        </w:rPr>
        <w:lastRenderedPageBreak/>
        <w:t>14.6. Участник вправе реализовать предусмотренные Федеральным законом от 27.07.2006 № 152-ФЗ «О персональных данных» права путем обращения к Организатору по опубликованным каналам связи.</w:t>
      </w:r>
    </w:p>
    <w:p w14:paraId="7900D8CF" w14:textId="77777777" w:rsidR="00C40C7B" w:rsidRPr="00C129D6" w:rsidRDefault="00A91F44">
      <w:pPr>
        <w:rPr>
          <w:rFonts w:cs="Times New Roman"/>
          <w:sz w:val="22"/>
          <w:lang w:val="ru-RU"/>
        </w:rPr>
      </w:pPr>
      <w:r w:rsidRPr="00C129D6">
        <w:rPr>
          <w:rFonts w:cs="Times New Roman"/>
          <w:sz w:val="22"/>
          <w:lang w:val="ru-RU"/>
        </w:rPr>
        <w:t>14.7. Отказ предоставить данные, без которых объективно невозможно подтвердить участие, идентифицировать Победителя, выплатить приз либо исполнить обязательные требования закона, влечет невозможность соответствующего действия, о чем Участник уведомляется.</w:t>
      </w:r>
    </w:p>
    <w:p w14:paraId="308A62F4"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15. Права и обязанности Организатора</w:t>
      </w:r>
    </w:p>
    <w:p w14:paraId="4802F7E4" w14:textId="77777777" w:rsidR="00C40C7B" w:rsidRPr="00C129D6" w:rsidRDefault="00A91F44">
      <w:pPr>
        <w:rPr>
          <w:rFonts w:cs="Times New Roman"/>
          <w:sz w:val="22"/>
          <w:lang w:val="ru-RU"/>
        </w:rPr>
      </w:pPr>
      <w:r w:rsidRPr="00C129D6">
        <w:rPr>
          <w:rFonts w:cs="Times New Roman"/>
          <w:sz w:val="22"/>
          <w:lang w:val="ru-RU"/>
        </w:rPr>
        <w:t>15.1. Организатор обязан проводить Акцию в соответствии с опубликованными Правилами, обеспечить равное применение условий к Участникам и выплатить приз надлежащим образом определенному Победителю.</w:t>
      </w:r>
    </w:p>
    <w:p w14:paraId="34ECCA15" w14:textId="77777777" w:rsidR="00C40C7B" w:rsidRPr="00C129D6" w:rsidRDefault="00A91F44">
      <w:pPr>
        <w:rPr>
          <w:rFonts w:cs="Times New Roman"/>
          <w:sz w:val="22"/>
          <w:lang w:val="ru-RU"/>
        </w:rPr>
      </w:pPr>
      <w:r w:rsidRPr="00C129D6">
        <w:rPr>
          <w:rFonts w:cs="Times New Roman"/>
          <w:sz w:val="22"/>
          <w:lang w:val="ru-RU"/>
        </w:rPr>
        <w:t>15.2. Организатор вправе проверять достоверность сведений, запрашивать разумные подтверждения выполнения условий и исключать из участия номера, полученные с нарушением Правил.</w:t>
      </w:r>
    </w:p>
    <w:p w14:paraId="7B1162D0" w14:textId="77777777" w:rsidR="00C40C7B" w:rsidRPr="00C129D6" w:rsidRDefault="00A91F44">
      <w:pPr>
        <w:rPr>
          <w:rFonts w:cs="Times New Roman"/>
          <w:sz w:val="22"/>
          <w:lang w:val="ru-RU"/>
        </w:rPr>
      </w:pPr>
      <w:r w:rsidRPr="00C129D6">
        <w:rPr>
          <w:rFonts w:cs="Times New Roman"/>
          <w:sz w:val="22"/>
          <w:lang w:val="ru-RU"/>
        </w:rPr>
        <w:t>15.3. Основаниями для отказа в регистрации или аннулирования участия являются, в частности: поддельный, измененный, чужой либо ранее зарегистрированный чек; недостоверные сведения; отсутствие обязательной публикации/комментария; недоступность публикации в установленный срок; фиктивные действия; попытка технического или организационного манипулирования определением Победителя.</w:t>
      </w:r>
    </w:p>
    <w:p w14:paraId="6508C7F0" w14:textId="77777777" w:rsidR="00C40C7B" w:rsidRPr="00C129D6" w:rsidRDefault="00A91F44">
      <w:pPr>
        <w:rPr>
          <w:rFonts w:cs="Times New Roman"/>
          <w:sz w:val="22"/>
          <w:lang w:val="ru-RU"/>
        </w:rPr>
      </w:pPr>
      <w:r w:rsidRPr="00C129D6">
        <w:rPr>
          <w:rFonts w:cs="Times New Roman"/>
          <w:sz w:val="22"/>
          <w:lang w:val="ru-RU"/>
        </w:rPr>
        <w:t>15.4. Отказ или аннулирование не могут быть произвольными. По обращению Участника Организатор сообщает конкретное условие Правил, которое признано невыполненным.</w:t>
      </w:r>
    </w:p>
    <w:p w14:paraId="02EF8699" w14:textId="77777777" w:rsidR="00C40C7B" w:rsidRPr="00C129D6" w:rsidRDefault="00A91F44">
      <w:pPr>
        <w:spacing w:before="160" w:after="80"/>
        <w:ind w:firstLine="0"/>
        <w:jc w:val="center"/>
        <w:rPr>
          <w:rFonts w:cs="Times New Roman"/>
          <w:sz w:val="22"/>
          <w:lang w:val="ru-RU"/>
        </w:rPr>
      </w:pPr>
      <w:r w:rsidRPr="00C129D6">
        <w:rPr>
          <w:rFonts w:cs="Times New Roman"/>
          <w:b/>
          <w:sz w:val="22"/>
          <w:lang w:val="ru-RU"/>
        </w:rPr>
        <w:t>16. Изменение, приостановление и досрочное прекращение Акции</w:t>
      </w:r>
    </w:p>
    <w:p w14:paraId="3A0B4E4F" w14:textId="77777777" w:rsidR="00C40C7B" w:rsidRPr="00C129D6" w:rsidRDefault="00A91F44">
      <w:pPr>
        <w:rPr>
          <w:rFonts w:cs="Times New Roman"/>
          <w:sz w:val="22"/>
          <w:lang w:val="ru-RU"/>
        </w:rPr>
      </w:pPr>
      <w:r w:rsidRPr="00C129D6">
        <w:rPr>
          <w:rFonts w:cs="Times New Roman"/>
          <w:sz w:val="22"/>
          <w:lang w:val="ru-RU"/>
        </w:rPr>
        <w:t>16.1. Организатор вправе уточнять Правила в течение периода Акции при необходимости устранения технических ошибок, неоднозначности или в связи с изменением законодательства.</w:t>
      </w:r>
    </w:p>
    <w:p w14:paraId="5EC8056A" w14:textId="77777777" w:rsidR="00C40C7B" w:rsidRPr="00C129D6" w:rsidRDefault="00A91F44">
      <w:pPr>
        <w:rPr>
          <w:rFonts w:cs="Times New Roman"/>
          <w:sz w:val="22"/>
          <w:lang w:val="ru-RU"/>
        </w:rPr>
      </w:pPr>
      <w:r w:rsidRPr="00C129D6">
        <w:rPr>
          <w:rFonts w:cs="Times New Roman"/>
          <w:sz w:val="22"/>
          <w:lang w:val="ru-RU"/>
        </w:rPr>
        <w:t>16.2. Изменения публикуются тем же способом, которым опубликованы Правила, и вступают в силу с момента публикации либо с указанной в них более поздней даты.</w:t>
      </w:r>
    </w:p>
    <w:p w14:paraId="3A84A6C0" w14:textId="77777777" w:rsidR="00C40C7B" w:rsidRPr="00C129D6" w:rsidRDefault="00A91F44">
      <w:pPr>
        <w:rPr>
          <w:rFonts w:cs="Times New Roman"/>
          <w:sz w:val="22"/>
          <w:lang w:val="ru-RU"/>
        </w:rPr>
      </w:pPr>
      <w:r w:rsidRPr="00C129D6">
        <w:rPr>
          <w:rFonts w:cs="Times New Roman"/>
          <w:sz w:val="22"/>
          <w:lang w:val="ru-RU"/>
        </w:rPr>
        <w:t xml:space="preserve">16.3. Изменения не применяются </w:t>
      </w:r>
      <w:proofErr w:type="spellStart"/>
      <w:r w:rsidRPr="00C129D6">
        <w:rPr>
          <w:rFonts w:cs="Times New Roman"/>
          <w:sz w:val="22"/>
          <w:lang w:val="ru-RU"/>
        </w:rPr>
        <w:t>ретроактивно</w:t>
      </w:r>
      <w:proofErr w:type="spellEnd"/>
      <w:r w:rsidRPr="00C129D6">
        <w:rPr>
          <w:rFonts w:cs="Times New Roman"/>
          <w:sz w:val="22"/>
          <w:lang w:val="ru-RU"/>
        </w:rPr>
        <w:t xml:space="preserve"> к уже надлежащим образом выполненным действиям Участников и не должны ухудшать приобретенные ими права.</w:t>
      </w:r>
    </w:p>
    <w:p w14:paraId="3B264929" w14:textId="77777777" w:rsidR="00C129D6" w:rsidRDefault="00A91F44" w:rsidP="00C129D6">
      <w:pPr>
        <w:rPr>
          <w:rFonts w:cs="Times New Roman"/>
          <w:sz w:val="22"/>
          <w:lang w:val="ru-RU"/>
        </w:rPr>
      </w:pPr>
      <w:r w:rsidRPr="00C129D6">
        <w:rPr>
          <w:rFonts w:cs="Times New Roman"/>
          <w:sz w:val="22"/>
          <w:lang w:val="ru-RU"/>
        </w:rPr>
        <w:t>16.4. При возникновении обстоятельств, объективно препятствующих проведению Акции, Организатор вправе приостановить или досрочно прекратить ее, обеспечив добросовестное урегулирование прав лиц, уже выполнивших условия к моменту такого решения.</w:t>
      </w:r>
    </w:p>
    <w:p w14:paraId="61B039A3" w14:textId="6812FAA4" w:rsidR="00C40C7B" w:rsidRPr="00C129D6" w:rsidRDefault="00A91F44" w:rsidP="00C129D6">
      <w:pPr>
        <w:jc w:val="center"/>
        <w:rPr>
          <w:rFonts w:cs="Times New Roman"/>
          <w:sz w:val="22"/>
          <w:lang w:val="ru-RU"/>
        </w:rPr>
      </w:pPr>
      <w:r w:rsidRPr="00C129D6">
        <w:rPr>
          <w:rFonts w:cs="Times New Roman"/>
          <w:b/>
          <w:sz w:val="22"/>
          <w:lang w:val="ru-RU"/>
        </w:rPr>
        <w:t>1</w:t>
      </w:r>
      <w:r w:rsidR="00C129D6" w:rsidRPr="00C129D6">
        <w:rPr>
          <w:rFonts w:cs="Times New Roman"/>
          <w:b/>
          <w:sz w:val="22"/>
          <w:lang w:val="ru-RU"/>
        </w:rPr>
        <w:t>7</w:t>
      </w:r>
      <w:r w:rsidRPr="00C129D6">
        <w:rPr>
          <w:rFonts w:cs="Times New Roman"/>
          <w:b/>
          <w:sz w:val="22"/>
          <w:lang w:val="ru-RU"/>
        </w:rPr>
        <w:t>. Информирование об Акции</w:t>
      </w:r>
    </w:p>
    <w:p w14:paraId="2BC4A009" w14:textId="377A3671" w:rsidR="00C129D6" w:rsidRPr="00C129D6" w:rsidRDefault="00A91F44" w:rsidP="00C129D6">
      <w:pPr>
        <w:rPr>
          <w:rFonts w:cs="Times New Roman"/>
          <w:sz w:val="22"/>
          <w:lang w:val="ru-RU"/>
        </w:rPr>
      </w:pPr>
      <w:r w:rsidRPr="00C129D6">
        <w:rPr>
          <w:rFonts w:cs="Times New Roman"/>
          <w:sz w:val="22"/>
          <w:lang w:val="ru-RU"/>
        </w:rPr>
        <w:t>1</w:t>
      </w:r>
      <w:r w:rsidR="00C129D6" w:rsidRPr="00C129D6">
        <w:rPr>
          <w:rFonts w:cs="Times New Roman"/>
          <w:sz w:val="22"/>
          <w:lang w:val="ru-RU"/>
        </w:rPr>
        <w:t>7</w:t>
      </w:r>
      <w:r w:rsidRPr="00C129D6">
        <w:rPr>
          <w:rFonts w:cs="Times New Roman"/>
          <w:sz w:val="22"/>
          <w:lang w:val="ru-RU"/>
        </w:rPr>
        <w:t xml:space="preserve">.1. Полный текст Правил должен быть </w:t>
      </w:r>
      <w:r w:rsidR="00C129D6" w:rsidRPr="00C129D6">
        <w:rPr>
          <w:rFonts w:cs="Times New Roman"/>
          <w:sz w:val="22"/>
          <w:lang w:val="ru-RU"/>
        </w:rPr>
        <w:t>доступен в</w:t>
      </w:r>
      <w:r w:rsidRPr="00C129D6">
        <w:rPr>
          <w:rFonts w:cs="Times New Roman"/>
          <w:sz w:val="22"/>
          <w:lang w:val="ru-RU"/>
        </w:rPr>
        <w:t xml:space="preserve"> участвующих магазинах и официальных информационных ресурсах.</w:t>
      </w:r>
    </w:p>
    <w:p w14:paraId="704B4CE0" w14:textId="74CB067B" w:rsidR="00C129D6" w:rsidRPr="00C129D6" w:rsidRDefault="00C129D6" w:rsidP="00C129D6">
      <w:pPr>
        <w:rPr>
          <w:rFonts w:cs="Times New Roman"/>
          <w:sz w:val="22"/>
          <w:lang w:val="ru-RU"/>
        </w:rPr>
      </w:pPr>
      <w:r w:rsidRPr="00C129D6">
        <w:rPr>
          <w:rFonts w:cs="Times New Roman"/>
          <w:sz w:val="22"/>
          <w:lang w:val="ru-RU"/>
        </w:rPr>
        <w:t xml:space="preserve"> </w:t>
      </w:r>
      <w:r w:rsidRPr="00C129D6">
        <w:rPr>
          <w:rFonts w:cs="Times New Roman"/>
          <w:sz w:val="22"/>
          <w:lang w:val="ru-RU"/>
        </w:rPr>
        <w:t>— на официальном сайте GSM22;</w:t>
      </w:r>
    </w:p>
    <w:p w14:paraId="13D10EB6" w14:textId="77777777" w:rsidR="00C129D6" w:rsidRPr="00C129D6" w:rsidRDefault="00C129D6" w:rsidP="00C129D6">
      <w:pPr>
        <w:rPr>
          <w:rFonts w:cs="Times New Roman"/>
          <w:sz w:val="22"/>
          <w:lang w:val="ru-RU"/>
        </w:rPr>
      </w:pPr>
      <w:r w:rsidRPr="00C129D6">
        <w:rPr>
          <w:rFonts w:cs="Times New Roman"/>
          <w:sz w:val="22"/>
          <w:lang w:val="ru-RU"/>
        </w:rPr>
        <w:t>— в магазинах GSM22;</w:t>
      </w:r>
    </w:p>
    <w:p w14:paraId="562E0DCB" w14:textId="77777777" w:rsidR="00C129D6" w:rsidRPr="00C129D6" w:rsidRDefault="00C129D6" w:rsidP="00C129D6">
      <w:pPr>
        <w:rPr>
          <w:rFonts w:cs="Times New Roman"/>
          <w:sz w:val="22"/>
          <w:lang w:val="ru-RU"/>
        </w:rPr>
      </w:pPr>
      <w:r w:rsidRPr="00C129D6">
        <w:rPr>
          <w:rFonts w:cs="Times New Roman"/>
          <w:sz w:val="22"/>
          <w:lang w:val="ru-RU"/>
        </w:rPr>
        <w:t>— у сотрудников GSM22;</w:t>
      </w:r>
    </w:p>
    <w:p w14:paraId="3FD40EFF" w14:textId="77777777" w:rsidR="00C129D6" w:rsidRPr="00C129D6" w:rsidRDefault="00C129D6" w:rsidP="00C129D6">
      <w:pPr>
        <w:rPr>
          <w:rFonts w:cs="Times New Roman"/>
          <w:sz w:val="22"/>
          <w:lang w:val="ru-RU"/>
        </w:rPr>
      </w:pPr>
      <w:r w:rsidRPr="00C129D6">
        <w:rPr>
          <w:rFonts w:cs="Times New Roman"/>
          <w:sz w:val="22"/>
          <w:lang w:val="ru-RU"/>
        </w:rPr>
        <w:t>— в официальном чате GSM22.</w:t>
      </w:r>
    </w:p>
    <w:p w14:paraId="40A00EF0" w14:textId="455015D7" w:rsidR="00C40C7B" w:rsidRPr="00C129D6" w:rsidRDefault="00C129D6" w:rsidP="00C129D6">
      <w:pPr>
        <w:rPr>
          <w:rFonts w:cs="Times New Roman"/>
          <w:sz w:val="22"/>
          <w:lang w:val="ru-RU"/>
        </w:rPr>
      </w:pPr>
      <w:r w:rsidRPr="00C129D6">
        <w:rPr>
          <w:rFonts w:cs="Times New Roman"/>
          <w:sz w:val="22"/>
          <w:lang w:val="ru-RU"/>
        </w:rPr>
        <w:t>По вопросам регистрации чека или присвоенных номеров участник может обратиться в @gsm22_chat.</w:t>
      </w:r>
    </w:p>
    <w:p w14:paraId="5769D62B" w14:textId="0277F5AC" w:rsidR="00C40C7B" w:rsidRPr="00C129D6" w:rsidRDefault="00A91F44">
      <w:pPr>
        <w:rPr>
          <w:rFonts w:cs="Times New Roman"/>
          <w:sz w:val="22"/>
          <w:lang w:val="ru-RU"/>
        </w:rPr>
      </w:pPr>
      <w:r w:rsidRPr="00C129D6">
        <w:rPr>
          <w:rFonts w:cs="Times New Roman"/>
          <w:sz w:val="22"/>
          <w:lang w:val="ru-RU"/>
        </w:rPr>
        <w:t>1</w:t>
      </w:r>
      <w:r w:rsidR="00C129D6" w:rsidRPr="00C129D6">
        <w:rPr>
          <w:rFonts w:cs="Times New Roman"/>
          <w:sz w:val="22"/>
          <w:lang w:val="ru-RU"/>
        </w:rPr>
        <w:t>7</w:t>
      </w:r>
      <w:r w:rsidRPr="00C129D6">
        <w:rPr>
          <w:rFonts w:cs="Times New Roman"/>
          <w:sz w:val="22"/>
          <w:lang w:val="ru-RU"/>
        </w:rPr>
        <w:t>.2. Рекламные материалы Акции должны содержать сведения, обязательные в соответствии со ст. 9 Федерального закона от 13.03.2006 № 38-ФЗ «О рекламе»: сроки проведения и источник информации об Организаторе, Правилах, количестве призов, сроках, месте и порядке их получения.</w:t>
      </w:r>
    </w:p>
    <w:p w14:paraId="206EB91E" w14:textId="38EE883B" w:rsidR="00C40C7B" w:rsidRPr="00C129D6" w:rsidRDefault="00A91F44">
      <w:pPr>
        <w:spacing w:before="160" w:after="80"/>
        <w:ind w:firstLine="0"/>
        <w:jc w:val="center"/>
        <w:rPr>
          <w:rFonts w:cs="Times New Roman"/>
          <w:sz w:val="22"/>
          <w:lang w:val="ru-RU"/>
        </w:rPr>
      </w:pPr>
      <w:r w:rsidRPr="00C129D6">
        <w:rPr>
          <w:rFonts w:cs="Times New Roman"/>
          <w:b/>
          <w:sz w:val="22"/>
          <w:lang w:val="ru-RU"/>
        </w:rPr>
        <w:t>1</w:t>
      </w:r>
      <w:r w:rsidR="00C129D6" w:rsidRPr="00C129D6">
        <w:rPr>
          <w:rFonts w:cs="Times New Roman"/>
          <w:b/>
          <w:sz w:val="22"/>
          <w:lang w:val="ru-RU"/>
        </w:rPr>
        <w:t>8</w:t>
      </w:r>
      <w:r w:rsidRPr="00C129D6">
        <w:rPr>
          <w:rFonts w:cs="Times New Roman"/>
          <w:b/>
          <w:sz w:val="22"/>
          <w:lang w:val="ru-RU"/>
        </w:rPr>
        <w:t>. Заключительные положения</w:t>
      </w:r>
    </w:p>
    <w:p w14:paraId="52C07263" w14:textId="77777777" w:rsidR="00C40C7B" w:rsidRPr="00C129D6" w:rsidRDefault="00A91F44">
      <w:pPr>
        <w:rPr>
          <w:rFonts w:cs="Times New Roman"/>
          <w:sz w:val="22"/>
          <w:lang w:val="ru-RU"/>
        </w:rPr>
      </w:pPr>
      <w:r w:rsidRPr="00C129D6">
        <w:rPr>
          <w:rFonts w:cs="Times New Roman"/>
          <w:sz w:val="22"/>
          <w:lang w:val="ru-RU"/>
        </w:rPr>
        <w:t>19.1. Недействительность отдельного положения Правил не влечет недействительности остальных положений, если Акция может быть проведена без такого положения.</w:t>
      </w:r>
    </w:p>
    <w:p w14:paraId="3BF12C89" w14:textId="6E62B5F2" w:rsidR="00C40C7B" w:rsidRPr="00C129D6" w:rsidRDefault="00A91F44">
      <w:pPr>
        <w:rPr>
          <w:rFonts w:cs="Times New Roman"/>
          <w:sz w:val="22"/>
          <w:lang w:val="ru-RU"/>
        </w:rPr>
      </w:pPr>
      <w:r w:rsidRPr="00C129D6">
        <w:rPr>
          <w:rFonts w:cs="Times New Roman"/>
          <w:sz w:val="22"/>
          <w:lang w:val="ru-RU"/>
        </w:rPr>
        <w:lastRenderedPageBreak/>
        <w:t>1</w:t>
      </w:r>
      <w:r w:rsidR="00C129D6" w:rsidRPr="00C129D6">
        <w:rPr>
          <w:rFonts w:cs="Times New Roman"/>
          <w:sz w:val="22"/>
          <w:lang w:val="ru-RU"/>
        </w:rPr>
        <w:t>8</w:t>
      </w:r>
      <w:r w:rsidRPr="00C129D6">
        <w:rPr>
          <w:rFonts w:cs="Times New Roman"/>
          <w:sz w:val="22"/>
          <w:lang w:val="ru-RU"/>
        </w:rPr>
        <w:t>.2. Во всем, что прямо не урегулировано настоящими Правилами, Организатор и Участники руководствуются законодательством Российской Федерации.</w:t>
      </w:r>
    </w:p>
    <w:p w14:paraId="2E46652D" w14:textId="611C2E0F" w:rsidR="00C40C7B" w:rsidRPr="00C129D6" w:rsidRDefault="00A91F44">
      <w:pPr>
        <w:rPr>
          <w:rFonts w:cs="Times New Roman"/>
          <w:sz w:val="22"/>
          <w:lang w:val="ru-RU"/>
        </w:rPr>
      </w:pPr>
      <w:r w:rsidRPr="00C129D6">
        <w:rPr>
          <w:rFonts w:cs="Times New Roman"/>
          <w:sz w:val="22"/>
          <w:lang w:val="ru-RU"/>
        </w:rPr>
        <w:t>1</w:t>
      </w:r>
      <w:r w:rsidR="00C129D6" w:rsidRPr="00C129D6">
        <w:rPr>
          <w:rFonts w:cs="Times New Roman"/>
          <w:sz w:val="22"/>
          <w:lang w:val="ru-RU"/>
        </w:rPr>
        <w:t>8</w:t>
      </w:r>
      <w:r w:rsidRPr="00C129D6">
        <w:rPr>
          <w:rFonts w:cs="Times New Roman"/>
          <w:sz w:val="22"/>
          <w:lang w:val="ru-RU"/>
        </w:rPr>
        <w:t>.3. Организатор обеспечивает хранение сведений, позволяющих подтвердить регистрацию номеров и результат определения Победителя, в течение срока, разумно необходимого для разрешения возможных обращений и исполнения обязательных требований законодательства.</w:t>
      </w:r>
    </w:p>
    <w:p w14:paraId="5DA44E48" w14:textId="0F261B9D" w:rsidR="00C40C7B" w:rsidRPr="00C129D6" w:rsidRDefault="00A91F44">
      <w:pPr>
        <w:rPr>
          <w:rFonts w:cs="Times New Roman"/>
          <w:sz w:val="22"/>
          <w:lang w:val="ru-RU"/>
        </w:rPr>
      </w:pPr>
      <w:r w:rsidRPr="00C129D6">
        <w:rPr>
          <w:rFonts w:cs="Times New Roman"/>
          <w:sz w:val="22"/>
          <w:lang w:val="ru-RU"/>
        </w:rPr>
        <w:t>1</w:t>
      </w:r>
      <w:r w:rsidR="00C129D6" w:rsidRPr="00C129D6">
        <w:rPr>
          <w:rFonts w:cs="Times New Roman"/>
          <w:sz w:val="22"/>
          <w:lang w:val="ru-RU"/>
        </w:rPr>
        <w:t>8</w:t>
      </w:r>
      <w:r w:rsidRPr="00C129D6">
        <w:rPr>
          <w:rFonts w:cs="Times New Roman"/>
          <w:sz w:val="22"/>
          <w:lang w:val="ru-RU"/>
        </w:rPr>
        <w:t>.4. Настоящие Правила вступают в силу с момента их опубликования Организатором.</w:t>
      </w:r>
    </w:p>
    <w:p w14:paraId="035BFF52" w14:textId="77777777" w:rsidR="00C40C7B" w:rsidRPr="00C129D6" w:rsidRDefault="00C40C7B">
      <w:pPr>
        <w:rPr>
          <w:rFonts w:cs="Times New Roman"/>
          <w:sz w:val="22"/>
          <w:lang w:val="ru-RU"/>
        </w:rPr>
      </w:pPr>
    </w:p>
    <w:p w14:paraId="7B5E9420" w14:textId="77777777" w:rsidR="00C40C7B" w:rsidRPr="00C129D6" w:rsidRDefault="00A91F44">
      <w:pPr>
        <w:ind w:firstLine="0"/>
        <w:rPr>
          <w:rFonts w:cs="Times New Roman"/>
          <w:sz w:val="22"/>
          <w:lang w:val="ru-RU"/>
        </w:rPr>
      </w:pPr>
      <w:r w:rsidRPr="00C129D6">
        <w:rPr>
          <w:rFonts w:cs="Times New Roman"/>
          <w:sz w:val="22"/>
          <w:lang w:val="ru-RU"/>
        </w:rPr>
        <w:t xml:space="preserve">* </w:t>
      </w:r>
      <w:r w:rsidRPr="00C129D6">
        <w:rPr>
          <w:rFonts w:cs="Times New Roman"/>
          <w:sz w:val="22"/>
        </w:rPr>
        <w:t>Instagram</w:t>
      </w:r>
      <w:r w:rsidRPr="00C129D6">
        <w:rPr>
          <w:rFonts w:cs="Times New Roman"/>
          <w:sz w:val="22"/>
          <w:lang w:val="ru-RU"/>
        </w:rPr>
        <w:t xml:space="preserve"> принадлежит компании </w:t>
      </w:r>
      <w:r w:rsidRPr="00C129D6">
        <w:rPr>
          <w:rFonts w:cs="Times New Roman"/>
          <w:sz w:val="22"/>
        </w:rPr>
        <w:t>Meta</w:t>
      </w:r>
      <w:r w:rsidRPr="00C129D6">
        <w:rPr>
          <w:rFonts w:cs="Times New Roman"/>
          <w:sz w:val="22"/>
          <w:lang w:val="ru-RU"/>
        </w:rPr>
        <w:t xml:space="preserve"> </w:t>
      </w:r>
      <w:r w:rsidRPr="00C129D6">
        <w:rPr>
          <w:rFonts w:cs="Times New Roman"/>
          <w:sz w:val="22"/>
        </w:rPr>
        <w:t>Platforms</w:t>
      </w:r>
      <w:r w:rsidRPr="00C129D6">
        <w:rPr>
          <w:rFonts w:cs="Times New Roman"/>
          <w:sz w:val="22"/>
          <w:lang w:val="ru-RU"/>
        </w:rPr>
        <w:t xml:space="preserve"> </w:t>
      </w:r>
      <w:r w:rsidRPr="00C129D6">
        <w:rPr>
          <w:rFonts w:cs="Times New Roman"/>
          <w:sz w:val="22"/>
        </w:rPr>
        <w:t>Inc</w:t>
      </w:r>
      <w:r w:rsidRPr="00C129D6">
        <w:rPr>
          <w:rFonts w:cs="Times New Roman"/>
          <w:sz w:val="22"/>
          <w:lang w:val="ru-RU"/>
        </w:rPr>
        <w:t>., деятельность которой признана экстремистской и запрещена на территории Российской Федерации.</w:t>
      </w:r>
    </w:p>
    <w:sectPr w:rsidR="00C40C7B" w:rsidRPr="00C129D6" w:rsidSect="00034616">
      <w:footerReference w:type="default" r:id="rId8"/>
      <w:pgSz w:w="12240" w:h="15840"/>
      <w:pgMar w:top="1134" w:right="850"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58B7" w14:textId="77777777" w:rsidR="00B11031" w:rsidRDefault="00B11031">
      <w:pPr>
        <w:spacing w:line="240" w:lineRule="auto"/>
      </w:pPr>
      <w:r>
        <w:separator/>
      </w:r>
    </w:p>
  </w:endnote>
  <w:endnote w:type="continuationSeparator" w:id="0">
    <w:p w14:paraId="303491C6" w14:textId="77777777" w:rsidR="00B11031" w:rsidRDefault="00B110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5105" w14:textId="524E82F8" w:rsidR="00C40C7B" w:rsidRDefault="00A91F44">
    <w:pPr>
      <w:pStyle w:val="a7"/>
      <w:jc w:val="center"/>
    </w:pPr>
    <w:r>
      <w:fldChar w:fldCharType="begin"/>
    </w:r>
    <w:r>
      <w:instrText xml:space="preserve"> PAGE </w:instrText>
    </w:r>
    <w:r>
      <w:fldChar w:fldCharType="separate"/>
    </w:r>
    <w:r w:rsidR="00711D1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AD47" w14:textId="77777777" w:rsidR="00B11031" w:rsidRDefault="00B11031">
      <w:pPr>
        <w:spacing w:line="240" w:lineRule="auto"/>
      </w:pPr>
      <w:r>
        <w:separator/>
      </w:r>
    </w:p>
  </w:footnote>
  <w:footnote w:type="continuationSeparator" w:id="0">
    <w:p w14:paraId="6F441A75" w14:textId="77777777" w:rsidR="00B11031" w:rsidRDefault="00B110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78365290">
    <w:abstractNumId w:val="8"/>
  </w:num>
  <w:num w:numId="2" w16cid:durableId="1422143258">
    <w:abstractNumId w:val="6"/>
  </w:num>
  <w:num w:numId="3" w16cid:durableId="267811841">
    <w:abstractNumId w:val="5"/>
  </w:num>
  <w:num w:numId="4" w16cid:durableId="1177159783">
    <w:abstractNumId w:val="4"/>
  </w:num>
  <w:num w:numId="5" w16cid:durableId="1392650928">
    <w:abstractNumId w:val="7"/>
  </w:num>
  <w:num w:numId="6" w16cid:durableId="524365968">
    <w:abstractNumId w:val="3"/>
  </w:num>
  <w:num w:numId="7" w16cid:durableId="1736590132">
    <w:abstractNumId w:val="2"/>
  </w:num>
  <w:num w:numId="8" w16cid:durableId="1005472603">
    <w:abstractNumId w:val="1"/>
  </w:num>
  <w:num w:numId="9" w16cid:durableId="112855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F381A"/>
    <w:rsid w:val="00711D12"/>
    <w:rsid w:val="007C3E58"/>
    <w:rsid w:val="00A91F44"/>
    <w:rsid w:val="00AA1D8D"/>
    <w:rsid w:val="00B11031"/>
    <w:rsid w:val="00B47730"/>
    <w:rsid w:val="00C129D6"/>
    <w:rsid w:val="00C40C7B"/>
    <w:rsid w:val="00CB0664"/>
    <w:rsid w:val="00E947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00E685"/>
  <w14:defaultImageDpi w14:val="300"/>
  <w15:docId w15:val="{1A8474F2-C509-4719-85C4-3687CDFB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ind w:firstLine="709"/>
      <w:jc w:val="both"/>
    </w:pPr>
    <w:rPr>
      <w:rFonts w:ascii="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E947DA"/>
    <w:pPr>
      <w:spacing w:before="100" w:beforeAutospacing="1" w:after="100" w:afterAutospacing="1" w:line="240" w:lineRule="auto"/>
      <w:ind w:firstLine="0"/>
      <w:jc w:val="left"/>
    </w:pPr>
    <w:rPr>
      <w:rFonts w:eastAsia="Times New Roman" w:cs="Times New Roman"/>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976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2814</Words>
  <Characters>16046</Characters>
  <Application>Microsoft Office Word</Application>
  <DocSecurity>0</DocSecurity>
  <Lines>133</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18823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UserOK</cp:lastModifiedBy>
  <cp:revision>4</cp:revision>
  <dcterms:created xsi:type="dcterms:W3CDTF">2013-12-23T23:15:00Z</dcterms:created>
  <dcterms:modified xsi:type="dcterms:W3CDTF">2026-08-28T06:07:00Z</dcterms:modified>
  <cp:category/>
</cp:coreProperties>
</file>